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4F221" w14:textId="7F083812" w:rsidR="00053FC8" w:rsidRPr="001A0A20" w:rsidRDefault="00B20D33" w:rsidP="001A0A20">
      <w:pPr>
        <w:pStyle w:val="Titolo1"/>
        <w:rPr>
          <w:sz w:val="36"/>
          <w:szCs w:val="36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7D8C61B6" wp14:editId="4DD3AFB6">
            <wp:simplePos x="0" y="0"/>
            <wp:positionH relativeFrom="margin">
              <wp:align>left</wp:align>
            </wp:positionH>
            <wp:positionV relativeFrom="margin">
              <wp:posOffset>85725</wp:posOffset>
            </wp:positionV>
            <wp:extent cx="1207135" cy="88392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0A20">
        <w:rPr>
          <w:sz w:val="36"/>
          <w:szCs w:val="36"/>
        </w:rPr>
        <w:t xml:space="preserve">                         </w:t>
      </w:r>
      <w:r w:rsidRPr="00B20D33">
        <w:rPr>
          <w:sz w:val="36"/>
          <w:szCs w:val="36"/>
        </w:rPr>
        <w:t xml:space="preserve">IC </w:t>
      </w:r>
      <w:proofErr w:type="spellStart"/>
      <w:r w:rsidRPr="00B20D33">
        <w:rPr>
          <w:sz w:val="36"/>
          <w:szCs w:val="36"/>
        </w:rPr>
        <w:t>Pino</w:t>
      </w:r>
      <w:proofErr w:type="spellEnd"/>
      <w:r w:rsidRPr="00B20D33">
        <w:rPr>
          <w:sz w:val="36"/>
          <w:szCs w:val="36"/>
        </w:rPr>
        <w:t xml:space="preserve"> Puglisi</w:t>
      </w:r>
    </w:p>
    <w:p w14:paraId="284F6828" w14:textId="77777777" w:rsidR="00066F6B" w:rsidRDefault="00053FC8" w:rsidP="00053FC8">
      <w:pPr>
        <w:pStyle w:val="Titolo1"/>
      </w:pPr>
      <w:r>
        <w:t>RICHIESTA SCUOLABUS GRATUITO – GITE NEL COMUNE DI ROMA</w:t>
      </w:r>
    </w:p>
    <w:p w14:paraId="5B7193C0" w14:textId="64CD0541" w:rsidR="001668AF" w:rsidRDefault="00053FC8" w:rsidP="00053FC8">
      <w:pPr>
        <w:pStyle w:val="Titolo1"/>
      </w:pPr>
      <w:r>
        <w:t>SCUOLA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6"/>
        <w:gridCol w:w="5404"/>
      </w:tblGrid>
      <w:tr w:rsidR="001668AF" w14:paraId="0195F601" w14:textId="77777777" w:rsidTr="00301829">
        <w:trPr>
          <w:trHeight w:val="349"/>
        </w:trPr>
        <w:tc>
          <w:tcPr>
            <w:tcW w:w="5386" w:type="dxa"/>
          </w:tcPr>
          <w:p w14:paraId="2F3E120F" w14:textId="77777777" w:rsidR="001668AF" w:rsidRDefault="00053FC8">
            <w:proofErr w:type="spellStart"/>
            <w:r>
              <w:t>Denominazione</w:t>
            </w:r>
            <w:proofErr w:type="spellEnd"/>
            <w:r>
              <w:t xml:space="preserve"> </w:t>
            </w:r>
            <w:proofErr w:type="spellStart"/>
            <w:r>
              <w:t>istituto</w:t>
            </w:r>
            <w:proofErr w:type="spellEnd"/>
            <w:r>
              <w:t xml:space="preserve"> * (</w:t>
            </w:r>
            <w:proofErr w:type="spellStart"/>
            <w:r>
              <w:t>Plesso</w:t>
            </w:r>
            <w:proofErr w:type="spellEnd"/>
            <w:r>
              <w:t>)</w:t>
            </w:r>
          </w:p>
        </w:tc>
        <w:tc>
          <w:tcPr>
            <w:tcW w:w="5404" w:type="dxa"/>
          </w:tcPr>
          <w:p w14:paraId="7B4783BD" w14:textId="77777777" w:rsidR="001668AF" w:rsidRDefault="001668AF"/>
        </w:tc>
      </w:tr>
      <w:tr w:rsidR="001668AF" w14:paraId="1E87AB32" w14:textId="77777777" w:rsidTr="00301829">
        <w:trPr>
          <w:trHeight w:val="349"/>
        </w:trPr>
        <w:tc>
          <w:tcPr>
            <w:tcW w:w="5386" w:type="dxa"/>
          </w:tcPr>
          <w:p w14:paraId="710B4014" w14:textId="77777777" w:rsidR="001668AF" w:rsidRDefault="00053FC8"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meccanografico</w:t>
            </w:r>
            <w:proofErr w:type="spellEnd"/>
            <w:r>
              <w:t xml:space="preserve"> *</w:t>
            </w:r>
          </w:p>
        </w:tc>
        <w:tc>
          <w:tcPr>
            <w:tcW w:w="5404" w:type="dxa"/>
          </w:tcPr>
          <w:p w14:paraId="57A6368D" w14:textId="78C25453" w:rsidR="001668AF" w:rsidRDefault="00B015FA">
            <w:r>
              <w:t>RMIC8FX00A</w:t>
            </w:r>
          </w:p>
        </w:tc>
      </w:tr>
      <w:tr w:rsidR="001668AF" w14:paraId="64BB89FB" w14:textId="77777777" w:rsidTr="00301829">
        <w:trPr>
          <w:trHeight w:val="349"/>
        </w:trPr>
        <w:tc>
          <w:tcPr>
            <w:tcW w:w="5386" w:type="dxa"/>
          </w:tcPr>
          <w:p w14:paraId="55BF6D30" w14:textId="77D93F99" w:rsidR="001668AF" w:rsidRDefault="00053FC8">
            <w:r>
              <w:t xml:space="preserve">Email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</w:p>
        </w:tc>
        <w:tc>
          <w:tcPr>
            <w:tcW w:w="5404" w:type="dxa"/>
          </w:tcPr>
          <w:p w14:paraId="2BCCA3FA" w14:textId="229D1BC2" w:rsidR="001668AF" w:rsidRDefault="00B015FA">
            <w:r>
              <w:t>rmic8fx00a@istruzione.it</w:t>
            </w:r>
          </w:p>
        </w:tc>
      </w:tr>
      <w:tr w:rsidR="001668AF" w14:paraId="725BA02F" w14:textId="77777777" w:rsidTr="00301829">
        <w:trPr>
          <w:trHeight w:val="328"/>
        </w:trPr>
        <w:tc>
          <w:tcPr>
            <w:tcW w:w="5386" w:type="dxa"/>
          </w:tcPr>
          <w:p w14:paraId="09A94C10" w14:textId="77777777" w:rsidR="001668AF" w:rsidRDefault="00053FC8">
            <w:proofErr w:type="spellStart"/>
            <w:r>
              <w:t>Municipio</w:t>
            </w:r>
            <w:proofErr w:type="spellEnd"/>
            <w:r>
              <w:t xml:space="preserve"> *</w:t>
            </w:r>
          </w:p>
        </w:tc>
        <w:tc>
          <w:tcPr>
            <w:tcW w:w="5404" w:type="dxa"/>
          </w:tcPr>
          <w:p w14:paraId="3ED7A82D" w14:textId="07E5C6AF" w:rsidR="001668AF" w:rsidRDefault="00B015FA">
            <w:r>
              <w:t>XII</w:t>
            </w:r>
          </w:p>
        </w:tc>
      </w:tr>
      <w:tr w:rsidR="001668AF" w14:paraId="6EB29C47" w14:textId="77777777" w:rsidTr="00301829">
        <w:trPr>
          <w:trHeight w:val="349"/>
        </w:trPr>
        <w:tc>
          <w:tcPr>
            <w:tcW w:w="5386" w:type="dxa"/>
          </w:tcPr>
          <w:p w14:paraId="401D231C" w14:textId="77777777" w:rsidR="001668AF" w:rsidRDefault="00053FC8">
            <w:proofErr w:type="spellStart"/>
            <w:r>
              <w:t>Ciclo</w:t>
            </w:r>
            <w:proofErr w:type="spellEnd"/>
            <w:r>
              <w:t xml:space="preserve"> </w:t>
            </w:r>
            <w:proofErr w:type="spellStart"/>
            <w:r>
              <w:t>scolastico</w:t>
            </w:r>
            <w:proofErr w:type="spellEnd"/>
            <w:r>
              <w:t xml:space="preserve"> *</w:t>
            </w:r>
          </w:p>
        </w:tc>
        <w:tc>
          <w:tcPr>
            <w:tcW w:w="5404" w:type="dxa"/>
          </w:tcPr>
          <w:p w14:paraId="38D8C2B6" w14:textId="77777777" w:rsidR="001668AF" w:rsidRDefault="001668AF"/>
        </w:tc>
      </w:tr>
      <w:tr w:rsidR="001668AF" w14:paraId="4F213B8B" w14:textId="77777777" w:rsidTr="00301829">
        <w:trPr>
          <w:trHeight w:val="349"/>
        </w:trPr>
        <w:tc>
          <w:tcPr>
            <w:tcW w:w="5386" w:type="dxa"/>
          </w:tcPr>
          <w:p w14:paraId="552239AA" w14:textId="77777777" w:rsidR="001668AF" w:rsidRDefault="00053FC8">
            <w:proofErr w:type="spellStart"/>
            <w:r>
              <w:t>Indirizzo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/ </w:t>
            </w:r>
            <w:proofErr w:type="spellStart"/>
            <w:r>
              <w:t>punto</w:t>
            </w:r>
            <w:proofErr w:type="spellEnd"/>
            <w:r>
              <w:t xml:space="preserve"> di </w:t>
            </w:r>
            <w:proofErr w:type="spellStart"/>
            <w:r>
              <w:t>ritiro</w:t>
            </w:r>
            <w:proofErr w:type="spellEnd"/>
            <w:r>
              <w:t xml:space="preserve"> *</w:t>
            </w:r>
          </w:p>
        </w:tc>
        <w:tc>
          <w:tcPr>
            <w:tcW w:w="5404" w:type="dxa"/>
          </w:tcPr>
          <w:p w14:paraId="1D0B21ED" w14:textId="77777777" w:rsidR="001668AF" w:rsidRDefault="001668AF"/>
        </w:tc>
      </w:tr>
      <w:tr w:rsidR="001668AF" w14:paraId="3EC83D54" w14:textId="77777777" w:rsidTr="00301829">
        <w:trPr>
          <w:trHeight w:val="349"/>
        </w:trPr>
        <w:tc>
          <w:tcPr>
            <w:tcW w:w="5386" w:type="dxa"/>
          </w:tcPr>
          <w:p w14:paraId="48F6110C" w14:textId="77777777" w:rsidR="001668AF" w:rsidRDefault="00053FC8">
            <w:r>
              <w:t>CAP * (001xx)</w:t>
            </w:r>
          </w:p>
        </w:tc>
        <w:tc>
          <w:tcPr>
            <w:tcW w:w="5404" w:type="dxa"/>
          </w:tcPr>
          <w:p w14:paraId="22F8D320" w14:textId="77777777" w:rsidR="001668AF" w:rsidRDefault="00053FC8">
            <w:proofErr w:type="spellStart"/>
            <w:r>
              <w:t>Comune</w:t>
            </w:r>
            <w:proofErr w:type="spellEnd"/>
            <w:r>
              <w:t>: Roma</w:t>
            </w:r>
          </w:p>
        </w:tc>
      </w:tr>
    </w:tbl>
    <w:p w14:paraId="3014AC50" w14:textId="77777777" w:rsidR="00053FC8" w:rsidRDefault="00053FC8">
      <w:pPr>
        <w:pStyle w:val="Titolo2"/>
      </w:pPr>
    </w:p>
    <w:p w14:paraId="24235813" w14:textId="77777777" w:rsidR="001668AF" w:rsidRDefault="00053FC8">
      <w:pPr>
        <w:pStyle w:val="Titolo2"/>
      </w:pPr>
      <w:r>
        <w:t>GITA E DESTINAZIONE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0"/>
        <w:gridCol w:w="5390"/>
      </w:tblGrid>
      <w:tr w:rsidR="001668AF" w14:paraId="2F98F041" w14:textId="77777777" w:rsidTr="00053FC8">
        <w:trPr>
          <w:trHeight w:val="307"/>
        </w:trPr>
        <w:tc>
          <w:tcPr>
            <w:tcW w:w="5467" w:type="dxa"/>
          </w:tcPr>
          <w:p w14:paraId="7AF690AA" w14:textId="77777777" w:rsidR="001668AF" w:rsidRDefault="00053FC8">
            <w:proofErr w:type="spellStart"/>
            <w:r>
              <w:t>Luogo</w:t>
            </w:r>
            <w:proofErr w:type="spellEnd"/>
            <w:r>
              <w:t xml:space="preserve"> </w:t>
            </w:r>
            <w:proofErr w:type="spellStart"/>
            <w:r>
              <w:t>evento</w:t>
            </w:r>
            <w:proofErr w:type="spellEnd"/>
            <w:r>
              <w:t xml:space="preserve"> / </w:t>
            </w:r>
            <w:proofErr w:type="spellStart"/>
            <w:r>
              <w:t>destinazione</w:t>
            </w:r>
            <w:proofErr w:type="spellEnd"/>
            <w:r>
              <w:t xml:space="preserve"> *</w:t>
            </w:r>
          </w:p>
        </w:tc>
        <w:tc>
          <w:tcPr>
            <w:tcW w:w="5467" w:type="dxa"/>
          </w:tcPr>
          <w:p w14:paraId="6018B9B3" w14:textId="77777777" w:rsidR="001668AF" w:rsidRDefault="001668AF"/>
        </w:tc>
      </w:tr>
      <w:tr w:rsidR="001668AF" w14:paraId="3FD53BDE" w14:textId="77777777" w:rsidTr="00053FC8">
        <w:trPr>
          <w:trHeight w:val="307"/>
        </w:trPr>
        <w:tc>
          <w:tcPr>
            <w:tcW w:w="5467" w:type="dxa"/>
          </w:tcPr>
          <w:p w14:paraId="1945BA7E" w14:textId="77777777" w:rsidR="001668AF" w:rsidRDefault="00053FC8">
            <w:r>
              <w:t>Data * (gg/mm/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  <w:tc>
          <w:tcPr>
            <w:tcW w:w="5467" w:type="dxa"/>
          </w:tcPr>
          <w:p w14:paraId="23103530" w14:textId="77777777" w:rsidR="001668AF" w:rsidRDefault="001668AF"/>
        </w:tc>
      </w:tr>
      <w:tr w:rsidR="001668AF" w14:paraId="192B94BC" w14:textId="77777777" w:rsidTr="00053FC8">
        <w:trPr>
          <w:trHeight w:val="307"/>
        </w:trPr>
        <w:tc>
          <w:tcPr>
            <w:tcW w:w="5467" w:type="dxa"/>
          </w:tcPr>
          <w:p w14:paraId="72668DC9" w14:textId="77777777" w:rsidR="001668AF" w:rsidRDefault="00053FC8">
            <w:proofErr w:type="spellStart"/>
            <w:r>
              <w:t>Orario</w:t>
            </w:r>
            <w:proofErr w:type="spellEnd"/>
            <w:r>
              <w:t xml:space="preserve"> di </w:t>
            </w:r>
            <w:proofErr w:type="spellStart"/>
            <w:r>
              <w:t>presa</w:t>
            </w:r>
            <w:proofErr w:type="spellEnd"/>
            <w:r>
              <w:t xml:space="preserve"> * (≥ 09:00)</w:t>
            </w:r>
          </w:p>
        </w:tc>
        <w:tc>
          <w:tcPr>
            <w:tcW w:w="5467" w:type="dxa"/>
          </w:tcPr>
          <w:p w14:paraId="635A4590" w14:textId="77777777" w:rsidR="001668AF" w:rsidRDefault="001668AF"/>
        </w:tc>
      </w:tr>
      <w:tr w:rsidR="001668AF" w14:paraId="265C69C3" w14:textId="77777777" w:rsidTr="00053FC8">
        <w:trPr>
          <w:trHeight w:val="289"/>
        </w:trPr>
        <w:tc>
          <w:tcPr>
            <w:tcW w:w="5467" w:type="dxa"/>
          </w:tcPr>
          <w:p w14:paraId="37F5A798" w14:textId="77777777" w:rsidR="001668AF" w:rsidRDefault="00053FC8">
            <w:proofErr w:type="spellStart"/>
            <w:r>
              <w:t>Orario</w:t>
            </w:r>
            <w:proofErr w:type="spellEnd"/>
            <w:r>
              <w:t xml:space="preserve"> </w:t>
            </w:r>
            <w:proofErr w:type="spellStart"/>
            <w:r>
              <w:t>arrivo</w:t>
            </w:r>
            <w:proofErr w:type="spellEnd"/>
            <w:r>
              <w:t xml:space="preserve"> </w:t>
            </w:r>
            <w:proofErr w:type="spellStart"/>
            <w:r>
              <w:t>luogo</w:t>
            </w:r>
            <w:proofErr w:type="spellEnd"/>
            <w:r>
              <w:t xml:space="preserve"> </w:t>
            </w:r>
            <w:proofErr w:type="spellStart"/>
            <w:r>
              <w:t>evento</w:t>
            </w:r>
            <w:proofErr w:type="spellEnd"/>
            <w:r>
              <w:t xml:space="preserve"> *</w:t>
            </w:r>
          </w:p>
        </w:tc>
        <w:tc>
          <w:tcPr>
            <w:tcW w:w="5467" w:type="dxa"/>
          </w:tcPr>
          <w:p w14:paraId="662B4E01" w14:textId="77777777" w:rsidR="001668AF" w:rsidRDefault="001668AF"/>
        </w:tc>
      </w:tr>
      <w:tr w:rsidR="001668AF" w14:paraId="12FD4F8A" w14:textId="77777777" w:rsidTr="00053FC8">
        <w:trPr>
          <w:trHeight w:val="634"/>
        </w:trPr>
        <w:tc>
          <w:tcPr>
            <w:tcW w:w="5467" w:type="dxa"/>
          </w:tcPr>
          <w:p w14:paraId="425218CF" w14:textId="77777777" w:rsidR="001668AF" w:rsidRDefault="00053FC8">
            <w:proofErr w:type="spellStart"/>
            <w:r>
              <w:t>Tipo</w:t>
            </w:r>
            <w:proofErr w:type="spellEnd"/>
            <w:r>
              <w:t xml:space="preserve"> di </w:t>
            </w:r>
            <w:proofErr w:type="spellStart"/>
            <w:r>
              <w:t>servizio</w:t>
            </w:r>
            <w:proofErr w:type="spellEnd"/>
            <w:r>
              <w:t xml:space="preserve"> *</w:t>
            </w:r>
          </w:p>
        </w:tc>
        <w:tc>
          <w:tcPr>
            <w:tcW w:w="5467" w:type="dxa"/>
          </w:tcPr>
          <w:p w14:paraId="628E952A" w14:textId="77777777" w:rsidR="001668AF" w:rsidRDefault="00053FC8">
            <w:r>
              <w:t xml:space="preserve">☐ </w:t>
            </w:r>
            <w:proofErr w:type="spellStart"/>
            <w:r>
              <w:t>Andata</w:t>
            </w:r>
            <w:proofErr w:type="spellEnd"/>
            <w:r>
              <w:t xml:space="preserve"> e </w:t>
            </w:r>
            <w:proofErr w:type="spellStart"/>
            <w:r>
              <w:t>ritorno</w:t>
            </w:r>
            <w:proofErr w:type="spellEnd"/>
            <w:r>
              <w:t xml:space="preserve">   ☐ Solo </w:t>
            </w:r>
            <w:proofErr w:type="spellStart"/>
            <w:r>
              <w:t>andata</w:t>
            </w:r>
            <w:proofErr w:type="spellEnd"/>
            <w:r>
              <w:t xml:space="preserve">   ☐ Solo </w:t>
            </w:r>
            <w:proofErr w:type="spellStart"/>
            <w:r>
              <w:t>ritorno</w:t>
            </w:r>
            <w:proofErr w:type="spellEnd"/>
          </w:p>
        </w:tc>
      </w:tr>
      <w:tr w:rsidR="001668AF" w14:paraId="260D9BA4" w14:textId="77777777" w:rsidTr="00053FC8">
        <w:trPr>
          <w:trHeight w:val="289"/>
        </w:trPr>
        <w:tc>
          <w:tcPr>
            <w:tcW w:w="5467" w:type="dxa"/>
          </w:tcPr>
          <w:p w14:paraId="1AE12E76" w14:textId="77777777" w:rsidR="001668AF" w:rsidRDefault="00053FC8">
            <w:proofErr w:type="spellStart"/>
            <w:r>
              <w:t>Orario</w:t>
            </w:r>
            <w:proofErr w:type="spellEnd"/>
            <w:r>
              <w:t xml:space="preserve"> </w:t>
            </w:r>
            <w:proofErr w:type="spellStart"/>
            <w:r>
              <w:t>ripartenza</w:t>
            </w:r>
            <w:proofErr w:type="spellEnd"/>
            <w:r>
              <w:t xml:space="preserve"> dal </w:t>
            </w:r>
            <w:proofErr w:type="spellStart"/>
            <w:r>
              <w:t>luogo</w:t>
            </w:r>
            <w:proofErr w:type="spellEnd"/>
            <w:r>
              <w:t xml:space="preserve"> </w:t>
            </w:r>
            <w:proofErr w:type="spellStart"/>
            <w:r>
              <w:t>evento</w:t>
            </w:r>
            <w:proofErr w:type="spellEnd"/>
            <w:r>
              <w:t xml:space="preserve"> *</w:t>
            </w:r>
          </w:p>
        </w:tc>
        <w:tc>
          <w:tcPr>
            <w:tcW w:w="5467" w:type="dxa"/>
          </w:tcPr>
          <w:p w14:paraId="4BC029BA" w14:textId="77777777" w:rsidR="001668AF" w:rsidRDefault="001668AF"/>
        </w:tc>
      </w:tr>
      <w:tr w:rsidR="001668AF" w14:paraId="3AB6C426" w14:textId="77777777" w:rsidTr="00053FC8">
        <w:trPr>
          <w:trHeight w:val="307"/>
        </w:trPr>
        <w:tc>
          <w:tcPr>
            <w:tcW w:w="5467" w:type="dxa"/>
          </w:tcPr>
          <w:p w14:paraId="73189899" w14:textId="77777777" w:rsidR="001668AF" w:rsidRDefault="00053FC8">
            <w:proofErr w:type="spellStart"/>
            <w:r>
              <w:t>Orario</w:t>
            </w:r>
            <w:proofErr w:type="spellEnd"/>
            <w:r>
              <w:t xml:space="preserve"> </w:t>
            </w:r>
            <w:proofErr w:type="spellStart"/>
            <w:r>
              <w:t>rientro</w:t>
            </w:r>
            <w:proofErr w:type="spellEnd"/>
            <w:r>
              <w:t xml:space="preserve"> a </w:t>
            </w:r>
            <w:proofErr w:type="spellStart"/>
            <w:r>
              <w:t>scuola</w:t>
            </w:r>
            <w:proofErr w:type="spellEnd"/>
            <w:r>
              <w:t xml:space="preserve"> * (≤ 16:30)</w:t>
            </w:r>
          </w:p>
        </w:tc>
        <w:tc>
          <w:tcPr>
            <w:tcW w:w="5467" w:type="dxa"/>
          </w:tcPr>
          <w:p w14:paraId="11A3245D" w14:textId="77777777" w:rsidR="001668AF" w:rsidRDefault="001668AF"/>
        </w:tc>
      </w:tr>
      <w:tr w:rsidR="001668AF" w14:paraId="226A0AC9" w14:textId="77777777" w:rsidTr="00053FC8">
        <w:trPr>
          <w:trHeight w:val="307"/>
        </w:trPr>
        <w:tc>
          <w:tcPr>
            <w:tcW w:w="5467" w:type="dxa"/>
          </w:tcPr>
          <w:p w14:paraId="108FC0C5" w14:textId="77777777" w:rsidR="001668AF" w:rsidRDefault="00053FC8">
            <w:proofErr w:type="spellStart"/>
            <w:r>
              <w:t>Indirizzo</w:t>
            </w:r>
            <w:proofErr w:type="spellEnd"/>
            <w:r>
              <w:t xml:space="preserve"> </w:t>
            </w:r>
            <w:proofErr w:type="spellStart"/>
            <w:r>
              <w:t>destinazione</w:t>
            </w:r>
            <w:proofErr w:type="spellEnd"/>
            <w:r>
              <w:t xml:space="preserve"> *</w:t>
            </w:r>
          </w:p>
        </w:tc>
        <w:tc>
          <w:tcPr>
            <w:tcW w:w="5467" w:type="dxa"/>
          </w:tcPr>
          <w:p w14:paraId="75E30CAC" w14:textId="77777777" w:rsidR="001668AF" w:rsidRDefault="001668AF"/>
        </w:tc>
      </w:tr>
      <w:tr w:rsidR="001668AF" w14:paraId="2851785B" w14:textId="77777777" w:rsidTr="00053FC8">
        <w:trPr>
          <w:trHeight w:val="307"/>
        </w:trPr>
        <w:tc>
          <w:tcPr>
            <w:tcW w:w="5467" w:type="dxa"/>
          </w:tcPr>
          <w:p w14:paraId="592C94DD" w14:textId="77777777" w:rsidR="001668AF" w:rsidRDefault="00053FC8">
            <w:r>
              <w:t>CAP * (solo 001xx)</w:t>
            </w:r>
          </w:p>
        </w:tc>
        <w:tc>
          <w:tcPr>
            <w:tcW w:w="5467" w:type="dxa"/>
          </w:tcPr>
          <w:p w14:paraId="1E57C5F1" w14:textId="77777777" w:rsidR="001668AF" w:rsidRDefault="00053FC8">
            <w:proofErr w:type="spellStart"/>
            <w:r>
              <w:t>Comune</w:t>
            </w:r>
            <w:proofErr w:type="spellEnd"/>
            <w:r>
              <w:t>: Roma</w:t>
            </w:r>
          </w:p>
        </w:tc>
      </w:tr>
    </w:tbl>
    <w:p w14:paraId="588311AD" w14:textId="77777777" w:rsidR="00053FC8" w:rsidRDefault="00053FC8">
      <w:pPr>
        <w:pStyle w:val="Titolo2"/>
      </w:pPr>
    </w:p>
    <w:p w14:paraId="3749F2CA" w14:textId="77777777" w:rsidR="001668AF" w:rsidRDefault="00053FC8">
      <w:pPr>
        <w:pStyle w:val="Titolo2"/>
      </w:pPr>
      <w:r>
        <w:t>MEZZI RICHIESTI E 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6"/>
        <w:gridCol w:w="5384"/>
      </w:tblGrid>
      <w:tr w:rsidR="001668AF" w14:paraId="237CBB9B" w14:textId="77777777" w:rsidTr="00053FC8">
        <w:trPr>
          <w:trHeight w:val="631"/>
        </w:trPr>
        <w:tc>
          <w:tcPr>
            <w:tcW w:w="5467" w:type="dxa"/>
          </w:tcPr>
          <w:p w14:paraId="2AF3FA2A" w14:textId="77777777" w:rsidR="001668AF" w:rsidRDefault="00053FC8">
            <w:proofErr w:type="spellStart"/>
            <w:r>
              <w:t>Numero</w:t>
            </w:r>
            <w:proofErr w:type="spellEnd"/>
            <w:r>
              <w:t xml:space="preserve"> </w:t>
            </w:r>
            <w:proofErr w:type="spellStart"/>
            <w:r>
              <w:t>scuolabus</w:t>
            </w:r>
            <w:proofErr w:type="spellEnd"/>
            <w:r>
              <w:t xml:space="preserve"> * (max 2 se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servita</w:t>
            </w:r>
            <w:proofErr w:type="spellEnd"/>
            <w:r>
              <w:t xml:space="preserve"> da </w:t>
            </w:r>
            <w:proofErr w:type="spellStart"/>
            <w:r>
              <w:t>linee</w:t>
            </w:r>
            <w:proofErr w:type="spellEnd"/>
            <w:r>
              <w:t xml:space="preserve"> </w:t>
            </w:r>
            <w:proofErr w:type="spellStart"/>
            <w:r>
              <w:t>ordinarie</w:t>
            </w:r>
            <w:proofErr w:type="spellEnd"/>
            <w:r>
              <w:t xml:space="preserve">, </w:t>
            </w:r>
            <w:proofErr w:type="spellStart"/>
            <w:r>
              <w:t>altrimenti</w:t>
            </w:r>
            <w:proofErr w:type="spellEnd"/>
            <w:r>
              <w:t xml:space="preserve"> 1)</w:t>
            </w:r>
          </w:p>
        </w:tc>
        <w:tc>
          <w:tcPr>
            <w:tcW w:w="5467" w:type="dxa"/>
          </w:tcPr>
          <w:p w14:paraId="6CD0DB5F" w14:textId="77777777" w:rsidR="001668AF" w:rsidRDefault="001668AF"/>
        </w:tc>
      </w:tr>
      <w:tr w:rsidR="001668AF" w14:paraId="3D81D295" w14:textId="77777777" w:rsidTr="00053FC8">
        <w:trPr>
          <w:trHeight w:val="631"/>
        </w:trPr>
        <w:tc>
          <w:tcPr>
            <w:tcW w:w="5467" w:type="dxa"/>
          </w:tcPr>
          <w:p w14:paraId="0335F8F6" w14:textId="77777777" w:rsidR="001668AF" w:rsidRDefault="00053FC8">
            <w:proofErr w:type="spellStart"/>
            <w:r>
              <w:t>Numero</w:t>
            </w:r>
            <w:proofErr w:type="spellEnd"/>
            <w:r>
              <w:t xml:space="preserve"> bambini </w:t>
            </w:r>
            <w:proofErr w:type="spellStart"/>
            <w:r>
              <w:t>totali</w:t>
            </w:r>
            <w:proofErr w:type="spellEnd"/>
            <w:r>
              <w:t xml:space="preserve"> * (</w:t>
            </w:r>
            <w:proofErr w:type="spellStart"/>
            <w:r>
              <w:t>inclusi</w:t>
            </w:r>
            <w:proofErr w:type="spellEnd"/>
            <w:r>
              <w:t xml:space="preserve"> </w:t>
            </w:r>
            <w:proofErr w:type="spellStart"/>
            <w:r>
              <w:t>alunni</w:t>
            </w:r>
            <w:proofErr w:type="spellEnd"/>
            <w:r>
              <w:t xml:space="preserve"> con </w:t>
            </w:r>
            <w:proofErr w:type="spellStart"/>
            <w:r>
              <w:t>disabilità</w:t>
            </w:r>
            <w:proofErr w:type="spellEnd"/>
            <w:r>
              <w:t xml:space="preserve"> – </w:t>
            </w:r>
            <w:proofErr w:type="spellStart"/>
            <w:r>
              <w:t>capienza</w:t>
            </w:r>
            <w:proofErr w:type="spellEnd"/>
            <w:r>
              <w:t xml:space="preserve"> max 43)</w:t>
            </w:r>
          </w:p>
        </w:tc>
        <w:tc>
          <w:tcPr>
            <w:tcW w:w="5467" w:type="dxa"/>
          </w:tcPr>
          <w:p w14:paraId="489CAC11" w14:textId="77777777" w:rsidR="001668AF" w:rsidRDefault="001668AF"/>
        </w:tc>
      </w:tr>
      <w:tr w:rsidR="001668AF" w14:paraId="129E3858" w14:textId="77777777" w:rsidTr="00053FC8">
        <w:trPr>
          <w:trHeight w:val="631"/>
        </w:trPr>
        <w:tc>
          <w:tcPr>
            <w:tcW w:w="5467" w:type="dxa"/>
          </w:tcPr>
          <w:p w14:paraId="387876C5" w14:textId="561AC9E2" w:rsidR="001668AF" w:rsidRDefault="00053FC8" w:rsidP="00301829">
            <w:proofErr w:type="spellStart"/>
            <w:r>
              <w:t>Numero</w:t>
            </w:r>
            <w:proofErr w:type="spellEnd"/>
            <w:r>
              <w:t xml:space="preserve"> </w:t>
            </w:r>
            <w:proofErr w:type="spellStart"/>
            <w:r>
              <w:t>insegnanti</w:t>
            </w:r>
            <w:proofErr w:type="spellEnd"/>
            <w:r>
              <w:t xml:space="preserve"> * </w:t>
            </w:r>
          </w:p>
        </w:tc>
        <w:tc>
          <w:tcPr>
            <w:tcW w:w="5467" w:type="dxa"/>
          </w:tcPr>
          <w:p w14:paraId="007138D7" w14:textId="77777777" w:rsidR="001668AF" w:rsidRDefault="001668AF"/>
        </w:tc>
      </w:tr>
      <w:tr w:rsidR="001668AF" w14:paraId="1AE23349" w14:textId="77777777" w:rsidTr="00053FC8">
        <w:trPr>
          <w:trHeight w:val="631"/>
        </w:trPr>
        <w:tc>
          <w:tcPr>
            <w:tcW w:w="5467" w:type="dxa"/>
          </w:tcPr>
          <w:p w14:paraId="5AE45033" w14:textId="77777777" w:rsidR="001668AF" w:rsidRDefault="00053FC8">
            <w:proofErr w:type="spellStart"/>
            <w:r>
              <w:t>Recapito</w:t>
            </w:r>
            <w:proofErr w:type="spellEnd"/>
            <w:r>
              <w:t xml:space="preserve"> </w:t>
            </w:r>
            <w:proofErr w:type="spellStart"/>
            <w:r>
              <w:t>telefonico</w:t>
            </w:r>
            <w:proofErr w:type="spellEnd"/>
            <w:r>
              <w:t xml:space="preserve"> </w:t>
            </w:r>
            <w:proofErr w:type="spellStart"/>
            <w:r>
              <w:t>insegnante</w:t>
            </w:r>
            <w:proofErr w:type="spellEnd"/>
            <w:r>
              <w:t xml:space="preserve"> </w:t>
            </w:r>
            <w:proofErr w:type="spellStart"/>
            <w:r>
              <w:t>referente</w:t>
            </w:r>
            <w:proofErr w:type="spellEnd"/>
            <w:r>
              <w:t xml:space="preserve"> 1 *</w:t>
            </w:r>
          </w:p>
        </w:tc>
        <w:tc>
          <w:tcPr>
            <w:tcW w:w="5467" w:type="dxa"/>
          </w:tcPr>
          <w:p w14:paraId="03E59DC5" w14:textId="77777777" w:rsidR="001668AF" w:rsidRDefault="001668AF"/>
        </w:tc>
      </w:tr>
      <w:tr w:rsidR="001668AF" w14:paraId="098865E0" w14:textId="77777777" w:rsidTr="00053FC8">
        <w:trPr>
          <w:trHeight w:val="631"/>
        </w:trPr>
        <w:tc>
          <w:tcPr>
            <w:tcW w:w="5467" w:type="dxa"/>
          </w:tcPr>
          <w:p w14:paraId="72D62B24" w14:textId="77777777" w:rsidR="001668AF" w:rsidRDefault="00053FC8">
            <w:proofErr w:type="spellStart"/>
            <w:r>
              <w:t>Recapito</w:t>
            </w:r>
            <w:proofErr w:type="spellEnd"/>
            <w:r>
              <w:t xml:space="preserve"> </w:t>
            </w:r>
            <w:proofErr w:type="spellStart"/>
            <w:r>
              <w:t>telefonico</w:t>
            </w:r>
            <w:proofErr w:type="spellEnd"/>
            <w:r>
              <w:t xml:space="preserve"> </w:t>
            </w:r>
            <w:proofErr w:type="spellStart"/>
            <w:r>
              <w:t>insegnante</w:t>
            </w:r>
            <w:proofErr w:type="spellEnd"/>
            <w:r>
              <w:t xml:space="preserve"> </w:t>
            </w:r>
            <w:proofErr w:type="spellStart"/>
            <w:r>
              <w:t>referente</w:t>
            </w:r>
            <w:proofErr w:type="spellEnd"/>
            <w:r>
              <w:t xml:space="preserve"> 2 *</w:t>
            </w:r>
          </w:p>
        </w:tc>
        <w:tc>
          <w:tcPr>
            <w:tcW w:w="5467" w:type="dxa"/>
          </w:tcPr>
          <w:p w14:paraId="1D420A0D" w14:textId="77777777" w:rsidR="001668AF" w:rsidRDefault="001668AF"/>
        </w:tc>
      </w:tr>
      <w:tr w:rsidR="001668AF" w14:paraId="7E538CE3" w14:textId="77777777" w:rsidTr="00053FC8">
        <w:trPr>
          <w:trHeight w:val="631"/>
        </w:trPr>
        <w:tc>
          <w:tcPr>
            <w:tcW w:w="5467" w:type="dxa"/>
          </w:tcPr>
          <w:p w14:paraId="50B8EAFC" w14:textId="77777777" w:rsidR="001668AF" w:rsidRDefault="00053FC8">
            <w:proofErr w:type="spellStart"/>
            <w:r>
              <w:t>Eventuali</w:t>
            </w:r>
            <w:proofErr w:type="spellEnd"/>
            <w:r>
              <w:t xml:space="preserve"> </w:t>
            </w:r>
            <w:proofErr w:type="spellStart"/>
            <w:r>
              <w:t>richieste</w:t>
            </w:r>
            <w:proofErr w:type="spellEnd"/>
            <w:r>
              <w:t xml:space="preserve"> </w:t>
            </w:r>
            <w:proofErr w:type="spellStart"/>
            <w:r>
              <w:t>ulteriori</w:t>
            </w:r>
            <w:proofErr w:type="spellEnd"/>
            <w:r>
              <w:t xml:space="preserve"> (solo se </w:t>
            </w:r>
            <w:proofErr w:type="spellStart"/>
            <w:r>
              <w:t>indispensabili</w:t>
            </w:r>
            <w:proofErr w:type="spellEnd"/>
            <w:r>
              <w:t>)</w:t>
            </w:r>
          </w:p>
        </w:tc>
        <w:tc>
          <w:tcPr>
            <w:tcW w:w="5467" w:type="dxa"/>
          </w:tcPr>
          <w:p w14:paraId="611BB09E" w14:textId="77777777" w:rsidR="001668AF" w:rsidRDefault="001668AF"/>
        </w:tc>
      </w:tr>
    </w:tbl>
    <w:p w14:paraId="5F66A243" w14:textId="153092D2" w:rsidR="00053FC8" w:rsidRDefault="00053FC8">
      <w:pPr>
        <w:pStyle w:val="Titolo2"/>
      </w:pPr>
    </w:p>
    <w:p w14:paraId="7F6BBE07" w14:textId="77777777" w:rsidR="001668AF" w:rsidRDefault="00053FC8">
      <w:pPr>
        <w:pStyle w:val="Titolo2"/>
      </w:pPr>
      <w:r>
        <w:t>ALUNNI CON DISABILITÀ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5"/>
        <w:gridCol w:w="5385"/>
      </w:tblGrid>
      <w:tr w:rsidR="001668AF" w14:paraId="612D4217" w14:textId="77777777" w:rsidTr="00053FC8">
        <w:trPr>
          <w:trHeight w:val="448"/>
        </w:trPr>
        <w:tc>
          <w:tcPr>
            <w:tcW w:w="5467" w:type="dxa"/>
          </w:tcPr>
          <w:p w14:paraId="6365FCA4" w14:textId="77777777" w:rsidR="001668AF" w:rsidRDefault="00053FC8">
            <w:proofErr w:type="spellStart"/>
            <w:r>
              <w:t>Sono</w:t>
            </w:r>
            <w:proofErr w:type="spellEnd"/>
            <w:r>
              <w:t xml:space="preserve"> </w:t>
            </w:r>
            <w:proofErr w:type="spellStart"/>
            <w:r>
              <w:t>presenti</w:t>
            </w:r>
            <w:proofErr w:type="spellEnd"/>
            <w:r>
              <w:t xml:space="preserve"> </w:t>
            </w:r>
            <w:proofErr w:type="spellStart"/>
            <w:r>
              <w:t>alunni</w:t>
            </w:r>
            <w:proofErr w:type="spellEnd"/>
            <w:r>
              <w:t xml:space="preserve"> con </w:t>
            </w:r>
            <w:proofErr w:type="spellStart"/>
            <w:r>
              <w:t>disabilità</w:t>
            </w:r>
            <w:proofErr w:type="spellEnd"/>
          </w:p>
        </w:tc>
        <w:tc>
          <w:tcPr>
            <w:tcW w:w="5467" w:type="dxa"/>
          </w:tcPr>
          <w:p w14:paraId="5A9A0135" w14:textId="77777777" w:rsidR="001668AF" w:rsidRDefault="00053FC8">
            <w:r>
              <w:t xml:space="preserve">☐ </w:t>
            </w:r>
            <w:proofErr w:type="spellStart"/>
            <w:r>
              <w:t>Sì</w:t>
            </w:r>
            <w:proofErr w:type="spellEnd"/>
            <w:r>
              <w:t xml:space="preserve">   ☐ No</w:t>
            </w:r>
          </w:p>
        </w:tc>
      </w:tr>
      <w:tr w:rsidR="001668AF" w14:paraId="279A7A6E" w14:textId="77777777" w:rsidTr="00053FC8">
        <w:trPr>
          <w:trHeight w:val="412"/>
        </w:trPr>
        <w:tc>
          <w:tcPr>
            <w:tcW w:w="5467" w:type="dxa"/>
          </w:tcPr>
          <w:p w14:paraId="204D6584" w14:textId="1547D7AD" w:rsidR="001668AF" w:rsidRDefault="00053FC8">
            <w:r>
              <w:t xml:space="preserve">N. </w:t>
            </w:r>
            <w:proofErr w:type="spellStart"/>
            <w:r>
              <w:t>alunni</w:t>
            </w:r>
            <w:proofErr w:type="spellEnd"/>
            <w:r>
              <w:t xml:space="preserve"> </w:t>
            </w:r>
            <w:proofErr w:type="spellStart"/>
            <w:r w:rsidR="00301829">
              <w:t>disabili</w:t>
            </w:r>
            <w:proofErr w:type="spellEnd"/>
            <w:r w:rsidR="00301829">
              <w:t xml:space="preserve"> </w:t>
            </w:r>
            <w:proofErr w:type="spellStart"/>
            <w:r>
              <w:t>deambulanti</w:t>
            </w:r>
            <w:proofErr w:type="spellEnd"/>
          </w:p>
        </w:tc>
        <w:tc>
          <w:tcPr>
            <w:tcW w:w="5467" w:type="dxa"/>
          </w:tcPr>
          <w:p w14:paraId="543C47C7" w14:textId="77777777" w:rsidR="001668AF" w:rsidRDefault="001668AF"/>
        </w:tc>
      </w:tr>
      <w:tr w:rsidR="001668AF" w14:paraId="2367E843" w14:textId="77777777" w:rsidTr="00053FC8">
        <w:trPr>
          <w:trHeight w:val="418"/>
        </w:trPr>
        <w:tc>
          <w:tcPr>
            <w:tcW w:w="5467" w:type="dxa"/>
          </w:tcPr>
          <w:p w14:paraId="6C579F55" w14:textId="44C21502" w:rsidR="001668AF" w:rsidRDefault="00053FC8">
            <w:r>
              <w:t xml:space="preserve">N. </w:t>
            </w:r>
            <w:proofErr w:type="spellStart"/>
            <w:r>
              <w:t>alunni</w:t>
            </w:r>
            <w:proofErr w:type="spellEnd"/>
            <w:r>
              <w:t xml:space="preserve"> </w:t>
            </w:r>
            <w:proofErr w:type="spellStart"/>
            <w:r w:rsidR="00301829">
              <w:t>disabili</w:t>
            </w:r>
            <w:proofErr w:type="spellEnd"/>
            <w:r w:rsidR="00301829">
              <w:t xml:space="preserve"> </w:t>
            </w:r>
            <w:r>
              <w:t xml:space="preserve">non </w:t>
            </w:r>
            <w:proofErr w:type="spellStart"/>
            <w:r>
              <w:t>deambulanti</w:t>
            </w:r>
            <w:proofErr w:type="spellEnd"/>
            <w:r>
              <w:t xml:space="preserve"> (</w:t>
            </w:r>
            <w:proofErr w:type="spellStart"/>
            <w:r>
              <w:t>carrozzina</w:t>
            </w:r>
            <w:proofErr w:type="spellEnd"/>
            <w:r>
              <w:t xml:space="preserve"> non </w:t>
            </w:r>
            <w:proofErr w:type="spellStart"/>
            <w:r>
              <w:t>pieghevole</w:t>
            </w:r>
            <w:proofErr w:type="spellEnd"/>
            <w:r>
              <w:t>)</w:t>
            </w:r>
          </w:p>
        </w:tc>
        <w:tc>
          <w:tcPr>
            <w:tcW w:w="5467" w:type="dxa"/>
          </w:tcPr>
          <w:p w14:paraId="788863C1" w14:textId="77777777" w:rsidR="001668AF" w:rsidRDefault="001668AF"/>
        </w:tc>
      </w:tr>
      <w:tr w:rsidR="001668AF" w14:paraId="20820B75" w14:textId="77777777" w:rsidTr="00053FC8">
        <w:trPr>
          <w:trHeight w:val="607"/>
        </w:trPr>
        <w:tc>
          <w:tcPr>
            <w:tcW w:w="5467" w:type="dxa"/>
          </w:tcPr>
          <w:p w14:paraId="644623A3" w14:textId="3E27F5B0" w:rsidR="001668AF" w:rsidRDefault="00053FC8">
            <w:r>
              <w:t xml:space="preserve">N. </w:t>
            </w:r>
            <w:proofErr w:type="spellStart"/>
            <w:r>
              <w:t>accompagnatori</w:t>
            </w:r>
            <w:proofErr w:type="spellEnd"/>
            <w:r>
              <w:t xml:space="preserve"> / </w:t>
            </w:r>
            <w:proofErr w:type="spellStart"/>
            <w:r>
              <w:t>insegnanti</w:t>
            </w:r>
            <w:proofErr w:type="spellEnd"/>
            <w:r>
              <w:t xml:space="preserve"> </w:t>
            </w:r>
            <w:proofErr w:type="spellStart"/>
            <w:r>
              <w:t>dedicati</w:t>
            </w:r>
            <w:proofErr w:type="spellEnd"/>
            <w:r w:rsidR="00301829">
              <w:t xml:space="preserve"> </w:t>
            </w:r>
            <w:proofErr w:type="spellStart"/>
            <w:r w:rsidR="00301829">
              <w:t>agli</w:t>
            </w:r>
            <w:proofErr w:type="spellEnd"/>
            <w:r w:rsidR="00301829">
              <w:t xml:space="preserve"> </w:t>
            </w:r>
            <w:proofErr w:type="spellStart"/>
            <w:r w:rsidR="00301829">
              <w:t>alunni</w:t>
            </w:r>
            <w:proofErr w:type="spellEnd"/>
            <w:r w:rsidR="00301829">
              <w:t xml:space="preserve"> </w:t>
            </w:r>
            <w:proofErr w:type="spellStart"/>
            <w:r w:rsidR="00301829">
              <w:t>disabili</w:t>
            </w:r>
            <w:proofErr w:type="spellEnd"/>
          </w:p>
        </w:tc>
        <w:tc>
          <w:tcPr>
            <w:tcW w:w="5467" w:type="dxa"/>
          </w:tcPr>
          <w:p w14:paraId="71D20120" w14:textId="77777777" w:rsidR="001668AF" w:rsidRDefault="001668AF"/>
        </w:tc>
      </w:tr>
      <w:tr w:rsidR="001668AF" w14:paraId="10794B50" w14:textId="77777777" w:rsidTr="00053FC8">
        <w:trPr>
          <w:trHeight w:val="70"/>
        </w:trPr>
        <w:tc>
          <w:tcPr>
            <w:tcW w:w="5467" w:type="dxa"/>
          </w:tcPr>
          <w:p w14:paraId="37FE5175" w14:textId="77777777" w:rsidR="001668AF" w:rsidRDefault="00053FC8">
            <w:r>
              <w:t xml:space="preserve">Note </w:t>
            </w:r>
            <w:proofErr w:type="spellStart"/>
            <w:r>
              <w:t>esigenze</w:t>
            </w:r>
            <w:proofErr w:type="spellEnd"/>
            <w:r>
              <w:t xml:space="preserve"> </w:t>
            </w:r>
            <w:proofErr w:type="spellStart"/>
            <w:r>
              <w:t>specifiche</w:t>
            </w:r>
            <w:proofErr w:type="spellEnd"/>
          </w:p>
          <w:p w14:paraId="3287DA0F" w14:textId="77777777" w:rsidR="00053FC8" w:rsidRDefault="00053FC8"/>
          <w:p w14:paraId="20C54226" w14:textId="77777777" w:rsidR="00053FC8" w:rsidRDefault="00053FC8"/>
          <w:p w14:paraId="4A877755" w14:textId="77777777" w:rsidR="00053FC8" w:rsidRDefault="00053FC8"/>
        </w:tc>
        <w:tc>
          <w:tcPr>
            <w:tcW w:w="5467" w:type="dxa"/>
          </w:tcPr>
          <w:p w14:paraId="49F9D550" w14:textId="77777777" w:rsidR="001668AF" w:rsidRDefault="001668AF"/>
        </w:tc>
      </w:tr>
    </w:tbl>
    <w:p w14:paraId="184AE919" w14:textId="77777777" w:rsidR="00053FC8" w:rsidRDefault="00053FC8">
      <w:pPr>
        <w:pStyle w:val="Titolo2"/>
      </w:pPr>
    </w:p>
    <w:p w14:paraId="0CDD1DEE" w14:textId="77777777" w:rsidR="00053FC8" w:rsidRDefault="00053FC8">
      <w:pPr>
        <w:pStyle w:val="Titolo2"/>
      </w:pPr>
    </w:p>
    <w:p w14:paraId="19D1EFA2" w14:textId="77777777" w:rsidR="001668AF" w:rsidRDefault="00053FC8">
      <w:pPr>
        <w:pStyle w:val="Titolo2"/>
      </w:pPr>
      <w:r>
        <w:t>FIRME</w:t>
      </w:r>
    </w:p>
    <w:p w14:paraId="2AC3F202" w14:textId="77777777" w:rsidR="002D570F" w:rsidRDefault="00053FC8">
      <w:proofErr w:type="spellStart"/>
      <w:r>
        <w:t>Docente</w:t>
      </w:r>
      <w:proofErr w:type="spellEnd"/>
      <w:r>
        <w:t xml:space="preserve"> </w:t>
      </w:r>
      <w:proofErr w:type="spellStart"/>
      <w:r>
        <w:t>referente</w:t>
      </w:r>
      <w:proofErr w:type="spellEnd"/>
      <w:r>
        <w:t xml:space="preserve"> __________________________  </w:t>
      </w:r>
    </w:p>
    <w:p w14:paraId="25E2C7DC" w14:textId="13BBE81A" w:rsidR="001668AF" w:rsidRDefault="00053FC8">
      <w:bookmarkStart w:id="0" w:name="_GoBack"/>
      <w:bookmarkEnd w:id="0"/>
      <w:r>
        <w:t xml:space="preserve"> Data ____________</w:t>
      </w:r>
    </w:p>
    <w:p w14:paraId="081A0AA2" w14:textId="77777777" w:rsidR="001668AF" w:rsidRDefault="001668AF"/>
    <w:sectPr w:rsidR="001668AF" w:rsidSect="00066F6B">
      <w:pgSz w:w="12240" w:h="15840"/>
      <w:pgMar w:top="85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2CC"/>
    <w:rsid w:val="00034616"/>
    <w:rsid w:val="00053FC8"/>
    <w:rsid w:val="0006063C"/>
    <w:rsid w:val="00066F6B"/>
    <w:rsid w:val="0015074B"/>
    <w:rsid w:val="001668AF"/>
    <w:rsid w:val="001A0A20"/>
    <w:rsid w:val="0029639D"/>
    <w:rsid w:val="002D570F"/>
    <w:rsid w:val="00301829"/>
    <w:rsid w:val="00326F90"/>
    <w:rsid w:val="00805C53"/>
    <w:rsid w:val="00AA1D8D"/>
    <w:rsid w:val="00AF6A6F"/>
    <w:rsid w:val="00B015FA"/>
    <w:rsid w:val="00B20D3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0CA7C0"/>
  <w14:defaultImageDpi w14:val="300"/>
  <w15:docId w15:val="{1B23A94A-1358-4653-99A7-4C7B562F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EB4543-6952-4458-982A-0D47F332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Staff Dirigente</cp:lastModifiedBy>
  <cp:revision>8</cp:revision>
  <dcterms:created xsi:type="dcterms:W3CDTF">2026-01-21T12:02:00Z</dcterms:created>
  <dcterms:modified xsi:type="dcterms:W3CDTF">2026-01-21T13:46:00Z</dcterms:modified>
  <cp:category/>
</cp:coreProperties>
</file>