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55DF3" w14:textId="77777777" w:rsidR="00791831" w:rsidRDefault="00791831">
      <w:pPr>
        <w:jc w:val="center"/>
        <w:rPr>
          <w:b/>
        </w:rPr>
      </w:pPr>
    </w:p>
    <w:p w14:paraId="5170261B" w14:textId="77777777" w:rsidR="004A191C" w:rsidRDefault="004A191C" w:rsidP="00164973">
      <w:pPr>
        <w:adjustRightInd w:val="0"/>
        <w:spacing w:after="0" w:line="276" w:lineRule="auto"/>
        <w:jc w:val="both"/>
        <w:rPr>
          <w:sz w:val="24"/>
          <w:szCs w:val="24"/>
        </w:rPr>
      </w:pPr>
    </w:p>
    <w:p w14:paraId="0982578F" w14:textId="77777777" w:rsidR="004A191C" w:rsidRDefault="004A191C" w:rsidP="00164973">
      <w:pPr>
        <w:adjustRightInd w:val="0"/>
        <w:spacing w:after="0" w:line="276" w:lineRule="auto"/>
        <w:jc w:val="both"/>
        <w:rPr>
          <w:sz w:val="24"/>
          <w:szCs w:val="24"/>
        </w:rPr>
      </w:pPr>
    </w:p>
    <w:p w14:paraId="68623561" w14:textId="711C24B3" w:rsidR="004A191C" w:rsidRDefault="004A191C" w:rsidP="004A191C">
      <w:pPr>
        <w:adjustRightInd w:val="0"/>
        <w:spacing w:after="0" w:line="276" w:lineRule="auto"/>
        <w:jc w:val="center"/>
        <w:rPr>
          <w:b/>
          <w:bCs/>
          <w:sz w:val="24"/>
          <w:szCs w:val="24"/>
          <w:lang w:val="it-IT"/>
        </w:rPr>
      </w:pPr>
      <w:r w:rsidRPr="004A191C">
        <w:rPr>
          <w:b/>
          <w:bCs/>
          <w:sz w:val="24"/>
          <w:szCs w:val="24"/>
          <w:lang w:val="it-IT"/>
        </w:rPr>
        <w:t>ALLEGATO A</w:t>
      </w:r>
      <w:r>
        <w:rPr>
          <w:b/>
          <w:bCs/>
          <w:sz w:val="24"/>
          <w:szCs w:val="24"/>
          <w:lang w:val="it-IT"/>
        </w:rPr>
        <w:t xml:space="preserve"> - </w:t>
      </w:r>
      <w:r w:rsidRPr="004A191C">
        <w:rPr>
          <w:b/>
          <w:bCs/>
          <w:sz w:val="24"/>
          <w:szCs w:val="24"/>
          <w:lang w:val="it-IT"/>
        </w:rPr>
        <w:t>DOMANDA DI PARTECIPAZIONE</w:t>
      </w:r>
    </w:p>
    <w:p w14:paraId="52917F5B" w14:textId="77777777" w:rsidR="004A191C" w:rsidRPr="004A191C" w:rsidRDefault="004A191C" w:rsidP="004A191C">
      <w:pPr>
        <w:adjustRightInd w:val="0"/>
        <w:spacing w:after="0" w:line="276" w:lineRule="auto"/>
        <w:jc w:val="center"/>
        <w:rPr>
          <w:b/>
          <w:bCs/>
          <w:sz w:val="24"/>
          <w:szCs w:val="24"/>
          <w:lang w:val="it-IT"/>
        </w:rPr>
      </w:pPr>
    </w:p>
    <w:p w14:paraId="047E18E0" w14:textId="331FC5C6" w:rsidR="004A191C" w:rsidRPr="004A191C" w:rsidRDefault="004A191C" w:rsidP="004A191C">
      <w:pPr>
        <w:adjustRightInd w:val="0"/>
        <w:spacing w:after="0" w:line="276" w:lineRule="auto"/>
        <w:jc w:val="both"/>
        <w:rPr>
          <w:b/>
          <w:bCs/>
          <w:sz w:val="24"/>
          <w:szCs w:val="24"/>
          <w:lang w:val="it-IT"/>
        </w:rPr>
      </w:pPr>
      <w:r w:rsidRPr="004A191C">
        <w:rPr>
          <w:b/>
          <w:bCs/>
          <w:sz w:val="24"/>
          <w:szCs w:val="24"/>
          <w:lang w:val="it-IT"/>
        </w:rPr>
        <w:t>Programma Nazionale “Scuola e competenze” 2021-2027</w:t>
      </w:r>
      <w:r w:rsidRPr="004A191C">
        <w:rPr>
          <w:b/>
          <w:bCs/>
          <w:sz w:val="24"/>
          <w:szCs w:val="24"/>
          <w:lang w:val="it-IT"/>
        </w:rPr>
        <w:t xml:space="preserve">, </w:t>
      </w:r>
      <w:r w:rsidRPr="004A191C">
        <w:rPr>
          <w:b/>
          <w:bCs/>
          <w:sz w:val="24"/>
          <w:szCs w:val="24"/>
          <w:lang w:val="it-IT"/>
        </w:rPr>
        <w:t>Avviso pubblico prot. n. AOOGABMI 81652 del 23/05/2025</w:t>
      </w:r>
      <w:r w:rsidRPr="004A191C">
        <w:rPr>
          <w:b/>
          <w:bCs/>
          <w:sz w:val="24"/>
          <w:szCs w:val="24"/>
          <w:lang w:val="it-IT"/>
        </w:rPr>
        <w:t xml:space="preserve">, </w:t>
      </w:r>
      <w:r w:rsidRPr="004A191C">
        <w:rPr>
          <w:b/>
          <w:bCs/>
          <w:sz w:val="24"/>
          <w:szCs w:val="24"/>
          <w:lang w:val="it-IT"/>
        </w:rPr>
        <w:t>Progetto: “Scuola per Tutti”</w:t>
      </w:r>
      <w:r w:rsidRPr="004A191C">
        <w:rPr>
          <w:b/>
          <w:bCs/>
          <w:sz w:val="24"/>
          <w:szCs w:val="24"/>
          <w:lang w:val="it-IT"/>
        </w:rPr>
        <w:t xml:space="preserve">, </w:t>
      </w:r>
      <w:r w:rsidRPr="004A191C">
        <w:rPr>
          <w:b/>
          <w:bCs/>
          <w:sz w:val="24"/>
          <w:szCs w:val="24"/>
          <w:lang w:val="it-IT"/>
        </w:rPr>
        <w:t>Codice progetto: ESO4.</w:t>
      </w:r>
      <w:proofErr w:type="gramStart"/>
      <w:r w:rsidRPr="004A191C">
        <w:rPr>
          <w:b/>
          <w:bCs/>
          <w:sz w:val="24"/>
          <w:szCs w:val="24"/>
          <w:lang w:val="it-IT"/>
        </w:rPr>
        <w:t>6.A4.A</w:t>
      </w:r>
      <w:proofErr w:type="gramEnd"/>
      <w:r w:rsidRPr="004A191C">
        <w:rPr>
          <w:b/>
          <w:bCs/>
          <w:sz w:val="24"/>
          <w:szCs w:val="24"/>
          <w:lang w:val="it-IT"/>
        </w:rPr>
        <w:t>-FSEPN-LA-2025-594</w:t>
      </w:r>
      <w:r>
        <w:rPr>
          <w:b/>
          <w:bCs/>
          <w:sz w:val="24"/>
          <w:szCs w:val="24"/>
          <w:lang w:val="it-IT"/>
        </w:rPr>
        <w:t>,</w:t>
      </w:r>
      <w:r w:rsidRPr="004A191C">
        <w:rPr>
          <w:b/>
          <w:bCs/>
          <w:sz w:val="24"/>
          <w:szCs w:val="24"/>
          <w:lang w:val="it-IT"/>
        </w:rPr>
        <w:t xml:space="preserve"> </w:t>
      </w:r>
      <w:r w:rsidRPr="004A191C">
        <w:rPr>
          <w:b/>
          <w:bCs/>
          <w:sz w:val="24"/>
          <w:szCs w:val="24"/>
          <w:lang w:val="it-IT"/>
        </w:rPr>
        <w:t>CUP: G44D25002960007</w:t>
      </w:r>
      <w:r w:rsidRPr="004A191C">
        <w:rPr>
          <w:b/>
          <w:bCs/>
          <w:sz w:val="24"/>
          <w:szCs w:val="24"/>
          <w:lang w:val="it-IT"/>
        </w:rPr>
        <w:t xml:space="preserve">, </w:t>
      </w:r>
      <w:r w:rsidRPr="004A191C">
        <w:rPr>
          <w:b/>
          <w:bCs/>
          <w:sz w:val="24"/>
          <w:szCs w:val="24"/>
          <w:lang w:val="it-IT"/>
        </w:rPr>
        <w:t>Modulo n. 149935:</w:t>
      </w:r>
      <w:r w:rsidRPr="004A191C">
        <w:rPr>
          <w:b/>
          <w:bCs/>
          <w:sz w:val="24"/>
          <w:szCs w:val="24"/>
          <w:lang w:val="it-IT"/>
        </w:rPr>
        <w:t xml:space="preserve"> </w:t>
      </w:r>
      <w:r w:rsidRPr="004A191C">
        <w:rPr>
          <w:b/>
          <w:bCs/>
          <w:sz w:val="24"/>
          <w:szCs w:val="24"/>
          <w:lang w:val="it-IT"/>
        </w:rPr>
        <w:t>“Giochi in Movimento: Crescere con il Corpo e con il Cuore”</w:t>
      </w:r>
    </w:p>
    <w:p w14:paraId="4D75969C" w14:textId="77777777" w:rsidR="004A191C" w:rsidRPr="004A191C" w:rsidRDefault="004A191C" w:rsidP="004A191C">
      <w:pPr>
        <w:adjustRightInd w:val="0"/>
        <w:spacing w:after="0" w:line="276" w:lineRule="auto"/>
        <w:jc w:val="both"/>
        <w:rPr>
          <w:sz w:val="24"/>
          <w:szCs w:val="24"/>
          <w:lang w:val="it-IT"/>
        </w:rPr>
      </w:pPr>
    </w:p>
    <w:p w14:paraId="748CEACA" w14:textId="77777777" w:rsidR="004A191C" w:rsidRPr="004A191C" w:rsidRDefault="004A191C" w:rsidP="004A191C">
      <w:pPr>
        <w:adjustRightInd w:val="0"/>
        <w:spacing w:after="0" w:line="276" w:lineRule="auto"/>
        <w:jc w:val="both"/>
        <w:rPr>
          <w:sz w:val="24"/>
          <w:szCs w:val="24"/>
          <w:lang w:val="it-IT"/>
        </w:rPr>
      </w:pPr>
      <w:r w:rsidRPr="004A191C">
        <w:rPr>
          <w:sz w:val="24"/>
          <w:szCs w:val="24"/>
          <w:lang w:val="it-IT"/>
        </w:rPr>
        <w:t xml:space="preserve">Domanda di partecipazione all’Avviso interno prot. n. </w:t>
      </w:r>
      <w:r w:rsidRPr="004A191C">
        <w:rPr>
          <w:b/>
          <w:bCs/>
          <w:sz w:val="24"/>
          <w:szCs w:val="24"/>
          <w:lang w:val="it-IT"/>
        </w:rPr>
        <w:t>0003362/U del 18/09/2026</w:t>
      </w:r>
      <w:r w:rsidRPr="004A191C">
        <w:rPr>
          <w:sz w:val="24"/>
          <w:szCs w:val="24"/>
          <w:lang w:val="it-IT"/>
        </w:rPr>
        <w:t xml:space="preserve">, come rettificato con successivo provvedimento, per la selezione di uno o più candidati per le funzioni di </w:t>
      </w:r>
      <w:r w:rsidRPr="004A191C">
        <w:rPr>
          <w:b/>
          <w:bCs/>
          <w:sz w:val="24"/>
          <w:szCs w:val="24"/>
          <w:lang w:val="it-IT"/>
        </w:rPr>
        <w:t>Esperto</w:t>
      </w:r>
      <w:r w:rsidRPr="004A191C">
        <w:rPr>
          <w:sz w:val="24"/>
          <w:szCs w:val="24"/>
          <w:lang w:val="it-IT"/>
        </w:rPr>
        <w:t xml:space="preserve"> e/o </w:t>
      </w:r>
      <w:r w:rsidRPr="004A191C">
        <w:rPr>
          <w:b/>
          <w:bCs/>
          <w:sz w:val="24"/>
          <w:szCs w:val="24"/>
          <w:lang w:val="it-IT"/>
        </w:rPr>
        <w:t>Tutor</w:t>
      </w:r>
      <w:r w:rsidRPr="004A191C">
        <w:rPr>
          <w:sz w:val="24"/>
          <w:szCs w:val="24"/>
          <w:lang w:val="it-IT"/>
        </w:rPr>
        <w:t>.</w:t>
      </w:r>
    </w:p>
    <w:p w14:paraId="5D184809" w14:textId="64F3145E" w:rsidR="004A191C" w:rsidRPr="004A191C" w:rsidRDefault="004A191C" w:rsidP="004A191C">
      <w:pPr>
        <w:adjustRightInd w:val="0"/>
        <w:spacing w:after="0" w:line="276" w:lineRule="auto"/>
        <w:jc w:val="both"/>
        <w:rPr>
          <w:sz w:val="24"/>
          <w:szCs w:val="24"/>
          <w:lang w:val="it-IT"/>
        </w:rPr>
      </w:pPr>
    </w:p>
    <w:p w14:paraId="07905677" w14:textId="77777777" w:rsidR="004A191C" w:rsidRDefault="004A191C" w:rsidP="004A191C">
      <w:pPr>
        <w:adjustRightInd w:val="0"/>
        <w:spacing w:after="0" w:line="276" w:lineRule="auto"/>
        <w:jc w:val="right"/>
        <w:rPr>
          <w:b/>
          <w:bCs/>
          <w:sz w:val="24"/>
          <w:szCs w:val="24"/>
          <w:lang w:val="it-IT"/>
        </w:rPr>
      </w:pPr>
      <w:r w:rsidRPr="004A191C">
        <w:rPr>
          <w:b/>
          <w:bCs/>
          <w:sz w:val="24"/>
          <w:szCs w:val="24"/>
          <w:lang w:val="it-IT"/>
        </w:rPr>
        <w:t>AL DIRIGENTE SCOLASTICO</w:t>
      </w:r>
      <w:r w:rsidRPr="004A191C">
        <w:rPr>
          <w:b/>
          <w:bCs/>
          <w:sz w:val="24"/>
          <w:szCs w:val="24"/>
          <w:lang w:val="it-IT"/>
        </w:rPr>
        <w:br/>
        <w:t>dell’Istituto Comprensivo “Pino Puglisi”</w:t>
      </w:r>
      <w:r w:rsidRPr="004A191C">
        <w:rPr>
          <w:b/>
          <w:bCs/>
          <w:sz w:val="24"/>
          <w:szCs w:val="24"/>
          <w:lang w:val="it-IT"/>
        </w:rPr>
        <w:br/>
        <w:t>Via Bravetta, 336</w:t>
      </w:r>
      <w:r w:rsidRPr="004A191C">
        <w:rPr>
          <w:b/>
          <w:bCs/>
          <w:sz w:val="24"/>
          <w:szCs w:val="24"/>
          <w:lang w:val="it-IT"/>
        </w:rPr>
        <w:br/>
        <w:t>00164 Roma</w:t>
      </w:r>
    </w:p>
    <w:p w14:paraId="2EBC180D" w14:textId="77777777" w:rsidR="00CE49B7" w:rsidRPr="004A191C" w:rsidRDefault="00CE49B7" w:rsidP="004A191C">
      <w:pPr>
        <w:adjustRightInd w:val="0"/>
        <w:spacing w:after="0" w:line="276" w:lineRule="auto"/>
        <w:jc w:val="right"/>
        <w:rPr>
          <w:b/>
          <w:bCs/>
          <w:sz w:val="24"/>
          <w:szCs w:val="24"/>
          <w:lang w:val="it-IT"/>
        </w:rPr>
      </w:pPr>
    </w:p>
    <w:p w14:paraId="2A461CA4" w14:textId="2D61B773" w:rsidR="004A191C" w:rsidRPr="004A191C" w:rsidRDefault="004A191C" w:rsidP="00CE49B7">
      <w:pPr>
        <w:adjustRightInd w:val="0"/>
        <w:spacing w:after="0" w:line="360" w:lineRule="auto"/>
        <w:jc w:val="both"/>
        <w:rPr>
          <w:sz w:val="24"/>
          <w:szCs w:val="24"/>
          <w:lang w:val="it-IT"/>
        </w:rPr>
      </w:pPr>
      <w:r w:rsidRPr="004A191C">
        <w:rPr>
          <w:sz w:val="24"/>
          <w:szCs w:val="24"/>
          <w:lang w:val="it-IT"/>
        </w:rPr>
        <w:t>Il/La sottoscritto/a ______________________________________________________</w:t>
      </w:r>
    </w:p>
    <w:p w14:paraId="5EC57693"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 xml:space="preserve">nato/a </w:t>
      </w:r>
      <w:proofErr w:type="spellStart"/>
      <w:r w:rsidRPr="004A191C">
        <w:rPr>
          <w:sz w:val="24"/>
          <w:szCs w:val="24"/>
          <w:lang w:val="it-IT"/>
        </w:rPr>
        <w:t>a</w:t>
      </w:r>
      <w:proofErr w:type="spellEnd"/>
      <w:r w:rsidRPr="004A191C">
        <w:rPr>
          <w:sz w:val="24"/>
          <w:szCs w:val="24"/>
          <w:lang w:val="it-IT"/>
        </w:rPr>
        <w:t xml:space="preserve"> ______________________________________________ prov. ___________</w:t>
      </w:r>
    </w:p>
    <w:p w14:paraId="5862CBAE"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 xml:space="preserve">il </w:t>
      </w:r>
      <w:r w:rsidRPr="004A191C">
        <w:rPr>
          <w:b/>
          <w:bCs/>
          <w:sz w:val="24"/>
          <w:szCs w:val="24"/>
          <w:lang w:val="it-IT"/>
        </w:rPr>
        <w:t>/</w:t>
      </w:r>
      <w:r w:rsidRPr="004A191C">
        <w:rPr>
          <w:sz w:val="24"/>
          <w:szCs w:val="24"/>
          <w:lang w:val="it-IT"/>
        </w:rPr>
        <w:t>/________</w:t>
      </w:r>
    </w:p>
    <w:p w14:paraId="612CA9BA"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Codice fiscale __________________________________________________________</w:t>
      </w:r>
    </w:p>
    <w:p w14:paraId="09782468"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residente a __________________________________________ prov. ____________</w:t>
      </w:r>
    </w:p>
    <w:p w14:paraId="61196978"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via/piazza ______________________________________________ n. ____________</w:t>
      </w:r>
    </w:p>
    <w:p w14:paraId="26F00992"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CAP __________________</w:t>
      </w:r>
    </w:p>
    <w:p w14:paraId="61ABEBDF"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telefono ________________________________________________________________</w:t>
      </w:r>
    </w:p>
    <w:p w14:paraId="1B84AEF1"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e-mail __________________________________________________________________</w:t>
      </w:r>
    </w:p>
    <w:p w14:paraId="131A9855" w14:textId="77777777" w:rsidR="00CE49B7" w:rsidRDefault="00CE49B7" w:rsidP="004A191C">
      <w:pPr>
        <w:adjustRightInd w:val="0"/>
        <w:spacing w:after="0" w:line="276" w:lineRule="auto"/>
        <w:jc w:val="both"/>
        <w:rPr>
          <w:sz w:val="24"/>
          <w:szCs w:val="24"/>
          <w:lang w:val="it-IT"/>
        </w:rPr>
      </w:pPr>
    </w:p>
    <w:p w14:paraId="204C5CDC" w14:textId="0D93C362" w:rsidR="004A191C" w:rsidRDefault="004A191C" w:rsidP="004A191C">
      <w:pPr>
        <w:adjustRightInd w:val="0"/>
        <w:spacing w:after="0" w:line="276" w:lineRule="auto"/>
        <w:jc w:val="both"/>
        <w:rPr>
          <w:sz w:val="24"/>
          <w:szCs w:val="24"/>
          <w:lang w:val="it-IT"/>
        </w:rPr>
      </w:pPr>
      <w:r w:rsidRPr="004A191C">
        <w:rPr>
          <w:sz w:val="24"/>
          <w:szCs w:val="24"/>
          <w:lang w:val="it-IT"/>
        </w:rPr>
        <w:t>in servizio presso l’Istituto Comprensivo “Pino Puglisi” di Roma, nell’anno scolastico 2026/2027, in qualità di:</w:t>
      </w:r>
      <w:r w:rsidR="00CE49B7">
        <w:rPr>
          <w:sz w:val="24"/>
          <w:szCs w:val="24"/>
          <w:lang w:val="it-IT"/>
        </w:rPr>
        <w:t xml:space="preserve"> _________________________________________</w:t>
      </w:r>
    </w:p>
    <w:p w14:paraId="44BDBFC3" w14:textId="77777777" w:rsidR="00CE49B7" w:rsidRPr="004A191C" w:rsidRDefault="00CE49B7" w:rsidP="004A191C">
      <w:pPr>
        <w:adjustRightInd w:val="0"/>
        <w:spacing w:after="0" w:line="276" w:lineRule="auto"/>
        <w:jc w:val="both"/>
        <w:rPr>
          <w:sz w:val="24"/>
          <w:szCs w:val="24"/>
          <w:lang w:val="it-IT"/>
        </w:rPr>
      </w:pPr>
    </w:p>
    <w:p w14:paraId="2C931CDE" w14:textId="77777777" w:rsidR="004A191C" w:rsidRPr="004A191C" w:rsidRDefault="004A191C" w:rsidP="004A191C">
      <w:pPr>
        <w:adjustRightInd w:val="0"/>
        <w:spacing w:after="0" w:line="276" w:lineRule="auto"/>
        <w:jc w:val="both"/>
        <w:rPr>
          <w:sz w:val="24"/>
          <w:szCs w:val="24"/>
          <w:lang w:val="it-IT"/>
        </w:rPr>
      </w:pPr>
      <w:r w:rsidRPr="004A191C">
        <w:rPr>
          <w:sz w:val="24"/>
          <w:szCs w:val="24"/>
          <w:lang w:val="it-IT"/>
        </w:rPr>
        <w:t>presa visione dell’Avviso interno prot. n. 0003362/U del 18/09/2026 e del successivo provvedimento di rettifica,</w:t>
      </w:r>
    </w:p>
    <w:p w14:paraId="46CBF4E2" w14:textId="77777777" w:rsidR="00CE49B7" w:rsidRDefault="00CE49B7" w:rsidP="004A191C">
      <w:pPr>
        <w:adjustRightInd w:val="0"/>
        <w:spacing w:after="0" w:line="276" w:lineRule="auto"/>
        <w:jc w:val="both"/>
        <w:rPr>
          <w:b/>
          <w:bCs/>
          <w:sz w:val="24"/>
          <w:szCs w:val="24"/>
          <w:lang w:val="it-IT"/>
        </w:rPr>
      </w:pPr>
    </w:p>
    <w:p w14:paraId="22C74C4A" w14:textId="3E726CFD" w:rsidR="004A191C" w:rsidRPr="004A191C" w:rsidRDefault="004A191C" w:rsidP="00CE49B7">
      <w:pPr>
        <w:adjustRightInd w:val="0"/>
        <w:spacing w:after="0" w:line="276" w:lineRule="auto"/>
        <w:jc w:val="center"/>
        <w:rPr>
          <w:b/>
          <w:bCs/>
          <w:sz w:val="24"/>
          <w:szCs w:val="24"/>
          <w:lang w:val="it-IT"/>
        </w:rPr>
      </w:pPr>
      <w:r w:rsidRPr="004A191C">
        <w:rPr>
          <w:b/>
          <w:bCs/>
          <w:sz w:val="24"/>
          <w:szCs w:val="24"/>
          <w:lang w:val="it-IT"/>
        </w:rPr>
        <w:t>CHIEDE</w:t>
      </w:r>
    </w:p>
    <w:p w14:paraId="222F207B" w14:textId="77777777" w:rsidR="00CE49B7" w:rsidRDefault="00CE49B7" w:rsidP="004A191C">
      <w:pPr>
        <w:adjustRightInd w:val="0"/>
        <w:spacing w:after="0" w:line="276" w:lineRule="auto"/>
        <w:jc w:val="both"/>
        <w:rPr>
          <w:sz w:val="24"/>
          <w:szCs w:val="24"/>
          <w:lang w:val="it-IT"/>
        </w:rPr>
      </w:pPr>
    </w:p>
    <w:p w14:paraId="52C66BFA" w14:textId="197E6D2D" w:rsidR="004A191C" w:rsidRDefault="004A191C" w:rsidP="004A191C">
      <w:pPr>
        <w:adjustRightInd w:val="0"/>
        <w:spacing w:after="0" w:line="276" w:lineRule="auto"/>
        <w:jc w:val="both"/>
        <w:rPr>
          <w:sz w:val="24"/>
          <w:szCs w:val="24"/>
          <w:lang w:val="it-IT"/>
        </w:rPr>
      </w:pPr>
      <w:r w:rsidRPr="004A191C">
        <w:rPr>
          <w:sz w:val="24"/>
          <w:szCs w:val="24"/>
          <w:lang w:val="it-IT"/>
        </w:rPr>
        <w:lastRenderedPageBreak/>
        <w:t xml:space="preserve">di partecipare alla procedura di selezione relativa al modulo n. 149935 </w:t>
      </w:r>
      <w:r w:rsidRPr="004A191C">
        <w:rPr>
          <w:b/>
          <w:bCs/>
          <w:sz w:val="24"/>
          <w:szCs w:val="24"/>
          <w:lang w:val="it-IT"/>
        </w:rPr>
        <w:t>“Giochi in Movimento: Crescere con il Corpo e con il Cuore”</w:t>
      </w:r>
      <w:r w:rsidRPr="004A191C">
        <w:rPr>
          <w:sz w:val="24"/>
          <w:szCs w:val="24"/>
          <w:lang w:val="it-IT"/>
        </w:rPr>
        <w:t xml:space="preserve"> per il/i seguente/i profilo/i:</w:t>
      </w:r>
    </w:p>
    <w:p w14:paraId="4A9CD452" w14:textId="77777777" w:rsidR="00CE49B7" w:rsidRPr="004A191C" w:rsidRDefault="00CE49B7" w:rsidP="004A191C">
      <w:pPr>
        <w:adjustRightInd w:val="0"/>
        <w:spacing w:after="0" w:line="276" w:lineRule="auto"/>
        <w:jc w:val="both"/>
        <w:rPr>
          <w:sz w:val="24"/>
          <w:szCs w:val="24"/>
          <w:lang w:val="it-IT"/>
        </w:rPr>
      </w:pPr>
    </w:p>
    <w:p w14:paraId="21293F65" w14:textId="77777777" w:rsidR="004A191C" w:rsidRPr="004A191C" w:rsidRDefault="004A191C" w:rsidP="004A191C">
      <w:pPr>
        <w:adjustRightInd w:val="0"/>
        <w:spacing w:after="0" w:line="276" w:lineRule="auto"/>
        <w:jc w:val="both"/>
        <w:rPr>
          <w:sz w:val="24"/>
          <w:szCs w:val="24"/>
          <w:lang w:val="it-IT"/>
        </w:rPr>
      </w:pPr>
      <w:r w:rsidRPr="004A191C">
        <w:rPr>
          <w:rFonts w:ascii="Segoe UI Symbol" w:hAnsi="Segoe UI Symbol" w:cs="Segoe UI Symbol"/>
          <w:sz w:val="24"/>
          <w:szCs w:val="24"/>
          <w:lang w:val="it-IT"/>
        </w:rPr>
        <w:t>☐</w:t>
      </w:r>
      <w:r w:rsidRPr="004A191C">
        <w:rPr>
          <w:sz w:val="24"/>
          <w:szCs w:val="24"/>
          <w:lang w:val="it-IT"/>
        </w:rPr>
        <w:t xml:space="preserve"> </w:t>
      </w:r>
      <w:r w:rsidRPr="004A191C">
        <w:rPr>
          <w:b/>
          <w:bCs/>
          <w:sz w:val="24"/>
          <w:szCs w:val="24"/>
          <w:lang w:val="it-IT"/>
        </w:rPr>
        <w:t>ESPERTO</w:t>
      </w:r>
    </w:p>
    <w:p w14:paraId="4671DCE8" w14:textId="77777777" w:rsidR="004A191C" w:rsidRDefault="004A191C" w:rsidP="004A191C">
      <w:pPr>
        <w:adjustRightInd w:val="0"/>
        <w:spacing w:after="0" w:line="276" w:lineRule="auto"/>
        <w:jc w:val="both"/>
        <w:rPr>
          <w:b/>
          <w:bCs/>
          <w:sz w:val="24"/>
          <w:szCs w:val="24"/>
          <w:lang w:val="it-IT"/>
        </w:rPr>
      </w:pPr>
      <w:r w:rsidRPr="004A191C">
        <w:rPr>
          <w:rFonts w:ascii="Segoe UI Symbol" w:hAnsi="Segoe UI Symbol" w:cs="Segoe UI Symbol"/>
          <w:sz w:val="24"/>
          <w:szCs w:val="24"/>
          <w:lang w:val="it-IT"/>
        </w:rPr>
        <w:t>☐</w:t>
      </w:r>
      <w:r w:rsidRPr="004A191C">
        <w:rPr>
          <w:sz w:val="24"/>
          <w:szCs w:val="24"/>
          <w:lang w:val="it-IT"/>
        </w:rPr>
        <w:t xml:space="preserve"> </w:t>
      </w:r>
      <w:r w:rsidRPr="004A191C">
        <w:rPr>
          <w:b/>
          <w:bCs/>
          <w:sz w:val="24"/>
          <w:szCs w:val="24"/>
          <w:lang w:val="it-IT"/>
        </w:rPr>
        <w:t>TUTOR</w:t>
      </w:r>
    </w:p>
    <w:p w14:paraId="38B7764E" w14:textId="77777777" w:rsidR="00CE49B7" w:rsidRPr="004A191C" w:rsidRDefault="00CE49B7" w:rsidP="004A191C">
      <w:pPr>
        <w:adjustRightInd w:val="0"/>
        <w:spacing w:after="0" w:line="276" w:lineRule="auto"/>
        <w:jc w:val="both"/>
        <w:rPr>
          <w:sz w:val="24"/>
          <w:szCs w:val="24"/>
          <w:lang w:val="it-IT"/>
        </w:rPr>
      </w:pPr>
    </w:p>
    <w:p w14:paraId="19349A9B" w14:textId="77777777" w:rsidR="004A191C" w:rsidRPr="004A191C" w:rsidRDefault="004A191C" w:rsidP="004A191C">
      <w:pPr>
        <w:adjustRightInd w:val="0"/>
        <w:spacing w:after="0" w:line="276" w:lineRule="auto"/>
        <w:jc w:val="both"/>
        <w:rPr>
          <w:sz w:val="24"/>
          <w:szCs w:val="24"/>
          <w:lang w:val="it-IT"/>
        </w:rPr>
      </w:pPr>
      <w:r w:rsidRPr="004A191C">
        <w:rPr>
          <w:b/>
          <w:bCs/>
          <w:sz w:val="24"/>
          <w:szCs w:val="24"/>
          <w:lang w:val="it-IT"/>
        </w:rPr>
        <w:t>È possibile presentare candidatura per entrambi i profili.</w:t>
      </w:r>
    </w:p>
    <w:p w14:paraId="121BFC7C" w14:textId="04FDCCF4" w:rsidR="004A191C" w:rsidRPr="004A191C" w:rsidRDefault="004A191C" w:rsidP="004A191C">
      <w:pPr>
        <w:adjustRightInd w:val="0"/>
        <w:spacing w:after="0" w:line="276" w:lineRule="auto"/>
        <w:jc w:val="both"/>
        <w:rPr>
          <w:sz w:val="24"/>
          <w:szCs w:val="24"/>
          <w:lang w:val="it-IT"/>
        </w:rPr>
      </w:pPr>
    </w:p>
    <w:p w14:paraId="56B1E229" w14:textId="77777777" w:rsidR="004A191C" w:rsidRDefault="004A191C" w:rsidP="00CE49B7">
      <w:pPr>
        <w:adjustRightInd w:val="0"/>
        <w:spacing w:after="0" w:line="276" w:lineRule="auto"/>
        <w:jc w:val="center"/>
        <w:rPr>
          <w:b/>
          <w:bCs/>
          <w:sz w:val="24"/>
          <w:szCs w:val="24"/>
          <w:lang w:val="it-IT"/>
        </w:rPr>
      </w:pPr>
      <w:r w:rsidRPr="004A191C">
        <w:rPr>
          <w:b/>
          <w:bCs/>
          <w:sz w:val="24"/>
          <w:szCs w:val="24"/>
          <w:lang w:val="it-IT"/>
        </w:rPr>
        <w:t>DICHIARAZIONI</w:t>
      </w:r>
    </w:p>
    <w:p w14:paraId="1D58445D" w14:textId="77777777" w:rsidR="00CE49B7" w:rsidRPr="004A191C" w:rsidRDefault="00CE49B7" w:rsidP="00CE49B7">
      <w:pPr>
        <w:adjustRightInd w:val="0"/>
        <w:spacing w:after="0" w:line="276" w:lineRule="auto"/>
        <w:jc w:val="center"/>
        <w:rPr>
          <w:b/>
          <w:bCs/>
          <w:sz w:val="24"/>
          <w:szCs w:val="24"/>
          <w:lang w:val="it-IT"/>
        </w:rPr>
      </w:pPr>
    </w:p>
    <w:p w14:paraId="013E12D2" w14:textId="77777777" w:rsidR="004A191C" w:rsidRDefault="004A191C" w:rsidP="004A191C">
      <w:pPr>
        <w:adjustRightInd w:val="0"/>
        <w:spacing w:after="0" w:line="276" w:lineRule="auto"/>
        <w:jc w:val="both"/>
        <w:rPr>
          <w:sz w:val="24"/>
          <w:szCs w:val="24"/>
          <w:lang w:val="it-IT"/>
        </w:rPr>
      </w:pPr>
      <w:r w:rsidRPr="004A191C">
        <w:rPr>
          <w:sz w:val="24"/>
          <w:szCs w:val="24"/>
          <w:lang w:val="it-IT"/>
        </w:rPr>
        <w:t>A tal fine, consapevole delle responsabilità e delle sanzioni penali previste dalla normativa vigente in caso di dichiarazioni mendaci e formazione o uso di atti falsi, ai sensi degli artt. 46, 47, 75 e 76 del D.P.R. 28 dicembre 2000, n. 445,</w:t>
      </w:r>
    </w:p>
    <w:p w14:paraId="5C48CB0A" w14:textId="77777777" w:rsidR="00CE49B7" w:rsidRPr="004A191C" w:rsidRDefault="00CE49B7" w:rsidP="004A191C">
      <w:pPr>
        <w:adjustRightInd w:val="0"/>
        <w:spacing w:after="0" w:line="276" w:lineRule="auto"/>
        <w:jc w:val="both"/>
        <w:rPr>
          <w:sz w:val="24"/>
          <w:szCs w:val="24"/>
          <w:lang w:val="it-IT"/>
        </w:rPr>
      </w:pPr>
    </w:p>
    <w:p w14:paraId="4564A02F" w14:textId="77777777" w:rsidR="004A191C" w:rsidRDefault="004A191C" w:rsidP="00CE49B7">
      <w:pPr>
        <w:adjustRightInd w:val="0"/>
        <w:spacing w:after="0" w:line="276" w:lineRule="auto"/>
        <w:jc w:val="center"/>
        <w:rPr>
          <w:b/>
          <w:bCs/>
          <w:sz w:val="24"/>
          <w:szCs w:val="24"/>
          <w:lang w:val="it-IT"/>
        </w:rPr>
      </w:pPr>
      <w:r w:rsidRPr="004A191C">
        <w:rPr>
          <w:b/>
          <w:bCs/>
          <w:sz w:val="24"/>
          <w:szCs w:val="24"/>
          <w:lang w:val="it-IT"/>
        </w:rPr>
        <w:t>DICHIARA</w:t>
      </w:r>
    </w:p>
    <w:p w14:paraId="3B3DCCDA" w14:textId="77777777" w:rsidR="00CE49B7" w:rsidRPr="004A191C" w:rsidRDefault="00CE49B7" w:rsidP="004A191C">
      <w:pPr>
        <w:adjustRightInd w:val="0"/>
        <w:spacing w:after="0" w:line="276" w:lineRule="auto"/>
        <w:jc w:val="both"/>
        <w:rPr>
          <w:b/>
          <w:bCs/>
          <w:sz w:val="24"/>
          <w:szCs w:val="24"/>
          <w:lang w:val="it-IT"/>
        </w:rPr>
      </w:pPr>
    </w:p>
    <w:p w14:paraId="4062171F"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docente interno in servizio presso l’Istituto Comprensivo “Pino Puglisi” nell’anno scolastico 2026/2027; </w:t>
      </w:r>
    </w:p>
    <w:p w14:paraId="0E1DE2B9"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in possesso dei requisiti generali di ammissione previsti dall’art. 5 dell’Avviso; </w:t>
      </w:r>
    </w:p>
    <w:p w14:paraId="2B8F7A3F"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aver preso integrale visione dell’Avviso interno prot. n. 0003362/U del 18/09/2026 e del successivo provvedimento di rettifica e di accettarne integralmente le condizioni; </w:t>
      </w:r>
    </w:p>
    <w:p w14:paraId="3A518EB7"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possedere i titoli e le esperienze dichiarati nel curriculum vitae e nella/e scheda/e di autovalutazione allegata/e; </w:t>
      </w:r>
    </w:p>
    <w:p w14:paraId="65DCD56D"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che quanto dichiarato nella presente domanda, nel curriculum vitae e nella documentazione allegata corrisponde al vero; </w:t>
      </w:r>
    </w:p>
    <w:p w14:paraId="63F4935B"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impegnarsi, su richiesta dell’Istituzione scolastica, a produrre la documentazione necessaria alla verifica dei titoli, dei servizi, degli incarichi e delle esperienze dichiarati, qualora gli stessi non siano già verificabili d’ufficio; </w:t>
      </w:r>
    </w:p>
    <w:p w14:paraId="38C60551"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disponibile a svolgere l’incarico al di fuori dell’orario ordinario di servizio e secondo il calendario definito dall’Istituzione scolastica; </w:t>
      </w:r>
    </w:p>
    <w:p w14:paraId="1FC6C68D"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disponibile a svolgere le attività presso </w:t>
      </w:r>
      <w:r w:rsidRPr="004A191C">
        <w:rPr>
          <w:b/>
          <w:bCs/>
          <w:sz w:val="24"/>
          <w:szCs w:val="24"/>
          <w:lang w:val="it-IT"/>
        </w:rPr>
        <w:t>entrambi i plessi interessati dal modulo</w:t>
      </w:r>
      <w:r w:rsidRPr="004A191C">
        <w:rPr>
          <w:sz w:val="24"/>
          <w:szCs w:val="24"/>
          <w:lang w:val="it-IT"/>
        </w:rPr>
        <w:t xml:space="preserve">, e precisamente: </w:t>
      </w:r>
    </w:p>
    <w:p w14:paraId="27BBC5B3" w14:textId="77777777" w:rsidR="004A191C" w:rsidRPr="004A191C" w:rsidRDefault="004A191C" w:rsidP="004A191C">
      <w:pPr>
        <w:numPr>
          <w:ilvl w:val="1"/>
          <w:numId w:val="31"/>
        </w:numPr>
        <w:adjustRightInd w:val="0"/>
        <w:spacing w:after="0" w:line="276" w:lineRule="auto"/>
        <w:jc w:val="both"/>
        <w:rPr>
          <w:sz w:val="24"/>
          <w:szCs w:val="24"/>
          <w:lang w:val="it-IT"/>
        </w:rPr>
      </w:pPr>
      <w:r w:rsidRPr="004A191C">
        <w:rPr>
          <w:sz w:val="24"/>
          <w:szCs w:val="24"/>
          <w:lang w:val="it-IT"/>
        </w:rPr>
        <w:t xml:space="preserve">plesso </w:t>
      </w:r>
      <w:r w:rsidRPr="004A191C">
        <w:rPr>
          <w:b/>
          <w:bCs/>
          <w:sz w:val="24"/>
          <w:szCs w:val="24"/>
          <w:lang w:val="it-IT"/>
        </w:rPr>
        <w:t>“Emanuela Loi” – RMEE8FX01C</w:t>
      </w:r>
      <w:r w:rsidRPr="004A191C">
        <w:rPr>
          <w:sz w:val="24"/>
          <w:szCs w:val="24"/>
          <w:lang w:val="it-IT"/>
        </w:rPr>
        <w:t xml:space="preserve">; </w:t>
      </w:r>
    </w:p>
    <w:p w14:paraId="699C1986" w14:textId="77777777" w:rsidR="004A191C" w:rsidRPr="004A191C" w:rsidRDefault="004A191C" w:rsidP="004A191C">
      <w:pPr>
        <w:numPr>
          <w:ilvl w:val="1"/>
          <w:numId w:val="31"/>
        </w:numPr>
        <w:adjustRightInd w:val="0"/>
        <w:spacing w:after="0" w:line="276" w:lineRule="auto"/>
        <w:jc w:val="both"/>
        <w:rPr>
          <w:sz w:val="24"/>
          <w:szCs w:val="24"/>
          <w:lang w:val="it-IT"/>
        </w:rPr>
      </w:pPr>
      <w:r w:rsidRPr="004A191C">
        <w:rPr>
          <w:sz w:val="24"/>
          <w:szCs w:val="24"/>
          <w:lang w:val="it-IT"/>
        </w:rPr>
        <w:t xml:space="preserve">plesso </w:t>
      </w:r>
      <w:r w:rsidRPr="004A191C">
        <w:rPr>
          <w:b/>
          <w:bCs/>
          <w:sz w:val="24"/>
          <w:szCs w:val="24"/>
          <w:lang w:val="it-IT"/>
        </w:rPr>
        <w:t>“Buon Pastore” – RMEE8FX01D</w:t>
      </w:r>
      <w:r w:rsidRPr="004A191C">
        <w:rPr>
          <w:sz w:val="24"/>
          <w:szCs w:val="24"/>
          <w:lang w:val="it-IT"/>
        </w:rPr>
        <w:t xml:space="preserve">; </w:t>
      </w:r>
    </w:p>
    <w:p w14:paraId="248C1E0C"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impegnarsi, in caso di conferimento dell’incarico, a rispettare gli obblighi connessi alla funzione attribuita e le disposizioni previste dal Programma Nazionale “Scuola e competenze” 2021-2027; </w:t>
      </w:r>
    </w:p>
    <w:p w14:paraId="2E696935"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impegnarsi a collaborare con il Dirigente scolastico, con le altre figure coinvolte nella realizzazione del progetto e con gli uffici dell’Istituzione scolastica per quanto necessario alla corretta realizzazione e documentazione delle attività; </w:t>
      </w:r>
    </w:p>
    <w:p w14:paraId="1CF5EE99"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impegnarsi a svolgere e documentare le attività attraverso gli strumenti e le modalità previste dal Programma e dall’Istituzione scolastica; </w:t>
      </w:r>
    </w:p>
    <w:p w14:paraId="21CF1CFB"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tutte le attività relative al modulo dovranno essere realizzate, concluse e interamente documentate entro il </w:t>
      </w:r>
      <w:r w:rsidRPr="004A191C">
        <w:rPr>
          <w:b/>
          <w:bCs/>
          <w:sz w:val="24"/>
          <w:szCs w:val="24"/>
          <w:lang w:val="it-IT"/>
        </w:rPr>
        <w:t>31 dicembre 2026</w:t>
      </w:r>
      <w:r w:rsidRPr="004A191C">
        <w:rPr>
          <w:sz w:val="24"/>
          <w:szCs w:val="24"/>
          <w:lang w:val="it-IT"/>
        </w:rPr>
        <w:t xml:space="preserve">; </w:t>
      </w:r>
    </w:p>
    <w:p w14:paraId="219781E8"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lastRenderedPageBreak/>
        <w:t xml:space="preserve">di essere consapevole che il monte ore complessivamente previsto è pari a </w:t>
      </w:r>
      <w:r w:rsidRPr="004A191C">
        <w:rPr>
          <w:b/>
          <w:bCs/>
          <w:sz w:val="24"/>
          <w:szCs w:val="24"/>
          <w:lang w:val="it-IT"/>
        </w:rPr>
        <w:t>30 ore per la funzione di Esperto e 30 ore per la funzione di Tutor</w:t>
      </w:r>
      <w:r w:rsidRPr="004A191C">
        <w:rPr>
          <w:sz w:val="24"/>
          <w:szCs w:val="24"/>
          <w:lang w:val="it-IT"/>
        </w:rPr>
        <w:t xml:space="preserve"> e che le ore relative a ciascuna funzione potranno essere ripartite tra più candidati utilmente collocati nella rispettiva graduatoria; </w:t>
      </w:r>
    </w:p>
    <w:p w14:paraId="4C5F6803"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l’utile collocazione in graduatoria </w:t>
      </w:r>
      <w:r w:rsidRPr="004A191C">
        <w:rPr>
          <w:b/>
          <w:bCs/>
          <w:sz w:val="24"/>
          <w:szCs w:val="24"/>
          <w:lang w:val="it-IT"/>
        </w:rPr>
        <w:t>non determina il diritto all’assegnazione dell’intero monte ore di 30 ore</w:t>
      </w:r>
      <w:r w:rsidRPr="004A191C">
        <w:rPr>
          <w:sz w:val="24"/>
          <w:szCs w:val="24"/>
          <w:lang w:val="it-IT"/>
        </w:rPr>
        <w:t xml:space="preserve"> previsto per la relativa funzione; </w:t>
      </w:r>
    </w:p>
    <w:p w14:paraId="032626EA"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disponibile, successivamente all’approvazione delle graduatorie definitive, a comunicare la propria disponibilità rispetto al calendario delle attività, ai fini della concreta articolazione e assegnazione delle ore; </w:t>
      </w:r>
    </w:p>
    <w:p w14:paraId="69AFA118"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l’assegnazione delle ore sarà effettuata tenendo conto dell’ordine di graduatoria, delle disponibilità dichiarate dai candidati, dell’articolazione didattica del modulo, delle esigenze organizzative e di calendario, della realizzazione delle attività nei due plessi interessati, nonché delle esigenze di continuità e coerenza del percorso formativo; </w:t>
      </w:r>
    </w:p>
    <w:p w14:paraId="11C3F781"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il candidato utilmente collocato in entrambe le graduatorie potrà essere destinatario di incarichi sia per la funzione di Esperto sia per la funzione di Tutor, purché le relative prestazioni siano svolte in </w:t>
      </w:r>
      <w:r w:rsidRPr="004A191C">
        <w:rPr>
          <w:b/>
          <w:bCs/>
          <w:sz w:val="24"/>
          <w:szCs w:val="24"/>
          <w:lang w:val="it-IT"/>
        </w:rPr>
        <w:t>segmenti temporali differenti</w:t>
      </w:r>
      <w:r w:rsidRPr="004A191C">
        <w:rPr>
          <w:sz w:val="24"/>
          <w:szCs w:val="24"/>
          <w:lang w:val="it-IT"/>
        </w:rPr>
        <w:t xml:space="preserve">; </w:t>
      </w:r>
    </w:p>
    <w:p w14:paraId="25FADBEB"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per ciascuna ora di attività formativa, deve essere garantita la compresenza di un Esperto e di un Tutor e che le due funzioni devono essere svolte da </w:t>
      </w:r>
      <w:r w:rsidRPr="004A191C">
        <w:rPr>
          <w:b/>
          <w:bCs/>
          <w:sz w:val="24"/>
          <w:szCs w:val="24"/>
          <w:lang w:val="it-IT"/>
        </w:rPr>
        <w:t>soggetti distinti</w:t>
      </w:r>
      <w:r w:rsidRPr="004A191C">
        <w:rPr>
          <w:sz w:val="24"/>
          <w:szCs w:val="24"/>
          <w:lang w:val="it-IT"/>
        </w:rPr>
        <w:t xml:space="preserve">; </w:t>
      </w:r>
    </w:p>
    <w:p w14:paraId="23D387DC"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l’eventuale ripartizione delle ore tra più incaricati non comporta la suddivisione del modulo in distinti percorsi formativi, restando il modulo un </w:t>
      </w:r>
      <w:r w:rsidRPr="004A191C">
        <w:rPr>
          <w:b/>
          <w:bCs/>
          <w:sz w:val="24"/>
          <w:szCs w:val="24"/>
          <w:lang w:val="it-IT"/>
        </w:rPr>
        <w:t>unico percorso della durata complessiva di 30 ore</w:t>
      </w:r>
      <w:r w:rsidRPr="004A191C">
        <w:rPr>
          <w:sz w:val="24"/>
          <w:szCs w:val="24"/>
          <w:lang w:val="it-IT"/>
        </w:rPr>
        <w:t xml:space="preserve">; </w:t>
      </w:r>
    </w:p>
    <w:p w14:paraId="050FD353"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l’eventuale incarico sarà formalizzato con apposito atto individuale nel quale saranno indicati, tra l’altro, il profilo attribuito, il numero delle ore assegnate e il relativo compenso; </w:t>
      </w:r>
    </w:p>
    <w:p w14:paraId="4B2AC6CE" w14:textId="77777777" w:rsidR="004A191C" w:rsidRPr="004A191C" w:rsidRDefault="004A191C" w:rsidP="004A191C">
      <w:pPr>
        <w:numPr>
          <w:ilvl w:val="0"/>
          <w:numId w:val="31"/>
        </w:numPr>
        <w:adjustRightInd w:val="0"/>
        <w:spacing w:after="0" w:line="276" w:lineRule="auto"/>
        <w:jc w:val="both"/>
        <w:rPr>
          <w:sz w:val="24"/>
          <w:szCs w:val="24"/>
          <w:lang w:val="it-IT"/>
        </w:rPr>
      </w:pPr>
      <w:r w:rsidRPr="004A191C">
        <w:rPr>
          <w:sz w:val="24"/>
          <w:szCs w:val="24"/>
          <w:lang w:val="it-IT"/>
        </w:rPr>
        <w:t xml:space="preserve">di essere consapevole che il compenso sarà riconosciuto esclusivamente per le ore formalmente assegnate, effettivamente svolte e regolarmente documentate, entro i limiti delle risorse autorizzate e disponibili. </w:t>
      </w:r>
    </w:p>
    <w:p w14:paraId="4319BAC2" w14:textId="4CE88ADB" w:rsidR="004A191C" w:rsidRPr="004A191C" w:rsidRDefault="004A191C" w:rsidP="004A191C">
      <w:pPr>
        <w:adjustRightInd w:val="0"/>
        <w:spacing w:after="0" w:line="276" w:lineRule="auto"/>
        <w:jc w:val="both"/>
        <w:rPr>
          <w:sz w:val="24"/>
          <w:szCs w:val="24"/>
          <w:lang w:val="it-IT"/>
        </w:rPr>
      </w:pPr>
    </w:p>
    <w:p w14:paraId="4D1E69DC" w14:textId="77777777" w:rsidR="004A191C" w:rsidRPr="004A191C" w:rsidRDefault="004A191C" w:rsidP="004A191C">
      <w:pPr>
        <w:adjustRightInd w:val="0"/>
        <w:spacing w:after="0" w:line="276" w:lineRule="auto"/>
        <w:jc w:val="both"/>
        <w:rPr>
          <w:b/>
          <w:bCs/>
          <w:sz w:val="24"/>
          <w:szCs w:val="24"/>
          <w:lang w:val="it-IT"/>
        </w:rPr>
      </w:pPr>
      <w:r w:rsidRPr="004A191C">
        <w:rPr>
          <w:b/>
          <w:bCs/>
          <w:sz w:val="24"/>
          <w:szCs w:val="24"/>
          <w:lang w:val="it-IT"/>
        </w:rPr>
        <w:t>REQUISITO SPECIFICO PER LA CANDIDATURA AL PROFILO DI ESPERTO</w:t>
      </w:r>
    </w:p>
    <w:p w14:paraId="48AB324E" w14:textId="77777777" w:rsidR="00CE49B7" w:rsidRDefault="00CE49B7" w:rsidP="004A191C">
      <w:pPr>
        <w:adjustRightInd w:val="0"/>
        <w:spacing w:after="0" w:line="276" w:lineRule="auto"/>
        <w:jc w:val="both"/>
        <w:rPr>
          <w:b/>
          <w:bCs/>
          <w:sz w:val="24"/>
          <w:szCs w:val="24"/>
          <w:lang w:val="it-IT"/>
        </w:rPr>
      </w:pPr>
    </w:p>
    <w:p w14:paraId="22CFFE68" w14:textId="1023CE3A" w:rsidR="004A191C" w:rsidRPr="004A191C" w:rsidRDefault="004A191C" w:rsidP="004A191C">
      <w:pPr>
        <w:adjustRightInd w:val="0"/>
        <w:spacing w:after="0" w:line="276" w:lineRule="auto"/>
        <w:jc w:val="both"/>
        <w:rPr>
          <w:sz w:val="24"/>
          <w:szCs w:val="24"/>
          <w:lang w:val="it-IT"/>
        </w:rPr>
      </w:pPr>
      <w:r w:rsidRPr="004A191C">
        <w:rPr>
          <w:b/>
          <w:bCs/>
          <w:sz w:val="24"/>
          <w:szCs w:val="24"/>
          <w:lang w:val="it-IT"/>
        </w:rPr>
        <w:t>La presente sezione deve essere compilata esclusivamente dal candidato che presenta domanda per il profilo di Esperto.</w:t>
      </w:r>
    </w:p>
    <w:p w14:paraId="205F9B53" w14:textId="77777777" w:rsidR="004A191C" w:rsidRDefault="004A191C" w:rsidP="004A191C">
      <w:pPr>
        <w:adjustRightInd w:val="0"/>
        <w:spacing w:after="0" w:line="276" w:lineRule="auto"/>
        <w:jc w:val="both"/>
        <w:rPr>
          <w:sz w:val="24"/>
          <w:szCs w:val="24"/>
          <w:lang w:val="it-IT"/>
        </w:rPr>
      </w:pPr>
      <w:r w:rsidRPr="004A191C">
        <w:rPr>
          <w:sz w:val="24"/>
          <w:szCs w:val="24"/>
          <w:lang w:val="it-IT"/>
        </w:rPr>
        <w:t>Ai sensi dell’art. 6 dell’Avviso, come rettificato, il/la sottoscritto/a dichiara di possedere almeno uno dei seguenti requisiti alternativi:</w:t>
      </w:r>
    </w:p>
    <w:p w14:paraId="56B160D2" w14:textId="77777777" w:rsidR="00CE49B7" w:rsidRPr="004A191C" w:rsidRDefault="00CE49B7" w:rsidP="004A191C">
      <w:pPr>
        <w:adjustRightInd w:val="0"/>
        <w:spacing w:after="0" w:line="276" w:lineRule="auto"/>
        <w:jc w:val="both"/>
        <w:rPr>
          <w:sz w:val="24"/>
          <w:szCs w:val="24"/>
          <w:lang w:val="it-IT"/>
        </w:rPr>
      </w:pPr>
    </w:p>
    <w:p w14:paraId="0ED673D5" w14:textId="77777777" w:rsidR="004A191C" w:rsidRDefault="004A191C" w:rsidP="004A191C">
      <w:pPr>
        <w:adjustRightInd w:val="0"/>
        <w:spacing w:after="0" w:line="276" w:lineRule="auto"/>
        <w:jc w:val="both"/>
        <w:rPr>
          <w:b/>
          <w:bCs/>
          <w:sz w:val="24"/>
          <w:szCs w:val="24"/>
          <w:lang w:val="it-IT"/>
        </w:rPr>
      </w:pPr>
      <w:r w:rsidRPr="004A191C">
        <w:rPr>
          <w:rFonts w:ascii="Segoe UI Symbol" w:hAnsi="Segoe UI Symbol" w:cs="Segoe UI Symbol"/>
          <w:b/>
          <w:bCs/>
          <w:sz w:val="24"/>
          <w:szCs w:val="24"/>
          <w:lang w:val="it-IT"/>
        </w:rPr>
        <w:t>☐</w:t>
      </w:r>
      <w:r w:rsidRPr="004A191C">
        <w:rPr>
          <w:b/>
          <w:bCs/>
          <w:sz w:val="24"/>
          <w:szCs w:val="24"/>
          <w:lang w:val="it-IT"/>
        </w:rPr>
        <w:t xml:space="preserve"> A) Titolo e/o abilitazione idonei all’insegnamento dell’educazione motoria nella scuola primaria</w:t>
      </w:r>
    </w:p>
    <w:p w14:paraId="3710E468" w14:textId="77777777" w:rsidR="00CE49B7" w:rsidRPr="004A191C" w:rsidRDefault="00CE49B7" w:rsidP="004A191C">
      <w:pPr>
        <w:adjustRightInd w:val="0"/>
        <w:spacing w:after="0" w:line="276" w:lineRule="auto"/>
        <w:jc w:val="both"/>
        <w:rPr>
          <w:b/>
          <w:bCs/>
          <w:sz w:val="24"/>
          <w:szCs w:val="24"/>
          <w:lang w:val="it-IT"/>
        </w:rPr>
      </w:pPr>
    </w:p>
    <w:p w14:paraId="54265A17"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Titolo/abilitazione posseduto/a:</w:t>
      </w:r>
    </w:p>
    <w:p w14:paraId="5E5B0888"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339E8642">
          <v:rect id="_x0000_i1155" style="width:0;height:1.5pt" o:hralign="center" o:hrstd="t" o:hr="t" fillcolor="#a0a0a0" stroked="f"/>
        </w:pict>
      </w:r>
    </w:p>
    <w:p w14:paraId="656343FD"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63914FDE">
          <v:rect id="_x0000_i1156" style="width:0;height:1.5pt" o:hralign="center" o:hrstd="t" o:hr="t" fillcolor="#a0a0a0" stroked="f"/>
        </w:pict>
      </w:r>
    </w:p>
    <w:p w14:paraId="2C34210B"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lastRenderedPageBreak/>
        <w:t>conseguito/a presso:</w:t>
      </w:r>
    </w:p>
    <w:p w14:paraId="66E47E8E"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58B1D2D6">
          <v:rect id="_x0000_i1157" style="width:0;height:1.5pt" o:hralign="center" o:hrstd="t" o:hr="t" fillcolor="#a0a0a0" stroked="f"/>
        </w:pict>
      </w:r>
    </w:p>
    <w:p w14:paraId="66D80C70"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 xml:space="preserve">in data </w:t>
      </w:r>
      <w:r w:rsidRPr="004A191C">
        <w:rPr>
          <w:b/>
          <w:bCs/>
          <w:sz w:val="24"/>
          <w:szCs w:val="24"/>
          <w:lang w:val="it-IT"/>
        </w:rPr>
        <w:t>/</w:t>
      </w:r>
      <w:r w:rsidRPr="004A191C">
        <w:rPr>
          <w:sz w:val="24"/>
          <w:szCs w:val="24"/>
          <w:lang w:val="it-IT"/>
        </w:rPr>
        <w:t>/________</w:t>
      </w:r>
    </w:p>
    <w:p w14:paraId="09621263"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t>Eventuali ulteriori elementi utili alla verifica:</w:t>
      </w:r>
    </w:p>
    <w:p w14:paraId="12681072"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38F237C1">
          <v:rect id="_x0000_i1158" style="width:0;height:1.5pt" o:hralign="center" o:hrstd="t" o:hr="t" fillcolor="#a0a0a0" stroked="f"/>
        </w:pict>
      </w:r>
    </w:p>
    <w:p w14:paraId="3D4BACE5"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3F51C30D">
          <v:rect id="_x0000_i1159" style="width:0;height:1.5pt" o:hralign="center" o:hrstd="t" o:hr="t" fillcolor="#a0a0a0" stroked="f"/>
        </w:pict>
      </w:r>
    </w:p>
    <w:p w14:paraId="5A8E6AB7" w14:textId="77777777" w:rsidR="00CE49B7" w:rsidRDefault="00CE49B7" w:rsidP="004A191C">
      <w:pPr>
        <w:adjustRightInd w:val="0"/>
        <w:spacing w:after="0" w:line="276" w:lineRule="auto"/>
        <w:jc w:val="both"/>
        <w:rPr>
          <w:b/>
          <w:bCs/>
          <w:sz w:val="24"/>
          <w:szCs w:val="24"/>
          <w:lang w:val="it-IT"/>
        </w:rPr>
      </w:pPr>
    </w:p>
    <w:p w14:paraId="1B34B1F9" w14:textId="37734580" w:rsidR="004A191C" w:rsidRDefault="00CE49B7" w:rsidP="004A191C">
      <w:pPr>
        <w:adjustRightInd w:val="0"/>
        <w:spacing w:after="0" w:line="276" w:lineRule="auto"/>
        <w:jc w:val="both"/>
        <w:rPr>
          <w:b/>
          <w:bCs/>
          <w:sz w:val="24"/>
          <w:szCs w:val="24"/>
          <w:lang w:val="it-IT"/>
        </w:rPr>
      </w:pPr>
      <w:r w:rsidRPr="004A191C">
        <w:rPr>
          <w:b/>
          <w:bCs/>
          <w:sz w:val="24"/>
          <w:szCs w:val="24"/>
          <w:lang w:val="it-IT"/>
        </w:rPr>
        <w:t>O</w:t>
      </w:r>
      <w:r w:rsidR="004A191C" w:rsidRPr="004A191C">
        <w:rPr>
          <w:b/>
          <w:bCs/>
          <w:sz w:val="24"/>
          <w:szCs w:val="24"/>
          <w:lang w:val="it-IT"/>
        </w:rPr>
        <w:t>ppure</w:t>
      </w:r>
    </w:p>
    <w:p w14:paraId="4BA4103F" w14:textId="77777777" w:rsidR="00CE49B7" w:rsidRPr="004A191C" w:rsidRDefault="00CE49B7" w:rsidP="004A191C">
      <w:pPr>
        <w:adjustRightInd w:val="0"/>
        <w:spacing w:after="0" w:line="276" w:lineRule="auto"/>
        <w:jc w:val="both"/>
        <w:rPr>
          <w:b/>
          <w:bCs/>
          <w:sz w:val="24"/>
          <w:szCs w:val="24"/>
          <w:lang w:val="it-IT"/>
        </w:rPr>
      </w:pPr>
    </w:p>
    <w:p w14:paraId="4F9C5CB2" w14:textId="77777777" w:rsidR="004A191C" w:rsidRDefault="004A191C" w:rsidP="004A191C">
      <w:pPr>
        <w:adjustRightInd w:val="0"/>
        <w:spacing w:after="0" w:line="276" w:lineRule="auto"/>
        <w:jc w:val="both"/>
        <w:rPr>
          <w:b/>
          <w:bCs/>
          <w:sz w:val="24"/>
          <w:szCs w:val="24"/>
          <w:lang w:val="it-IT"/>
        </w:rPr>
      </w:pPr>
      <w:r w:rsidRPr="004A191C">
        <w:rPr>
          <w:rFonts w:ascii="Segoe UI Symbol" w:hAnsi="Segoe UI Symbol" w:cs="Segoe UI Symbol"/>
          <w:b/>
          <w:bCs/>
          <w:sz w:val="24"/>
          <w:szCs w:val="24"/>
          <w:lang w:val="it-IT"/>
        </w:rPr>
        <w:t>☐</w:t>
      </w:r>
      <w:r w:rsidRPr="004A191C">
        <w:rPr>
          <w:b/>
          <w:bCs/>
          <w:sz w:val="24"/>
          <w:szCs w:val="24"/>
          <w:lang w:val="it-IT"/>
        </w:rPr>
        <w:t xml:space="preserve"> B) Esperienza specifica di insegnamento dell’educazione fisica/motoria nella scuola primaria</w:t>
      </w:r>
    </w:p>
    <w:p w14:paraId="513D1FDE" w14:textId="77777777" w:rsidR="00CE49B7" w:rsidRPr="004A191C" w:rsidRDefault="00CE49B7" w:rsidP="004A191C">
      <w:pPr>
        <w:adjustRightInd w:val="0"/>
        <w:spacing w:after="0" w:line="276" w:lineRule="auto"/>
        <w:jc w:val="both"/>
        <w:rPr>
          <w:b/>
          <w:bCs/>
          <w:sz w:val="24"/>
          <w:szCs w:val="24"/>
          <w:lang w:val="it-IT"/>
        </w:rPr>
      </w:pPr>
    </w:p>
    <w:p w14:paraId="3C9CFE31" w14:textId="77777777" w:rsidR="004A191C" w:rsidRPr="004A191C" w:rsidRDefault="004A191C" w:rsidP="004A191C">
      <w:pPr>
        <w:adjustRightInd w:val="0"/>
        <w:spacing w:after="0" w:line="276" w:lineRule="auto"/>
        <w:jc w:val="both"/>
        <w:rPr>
          <w:sz w:val="24"/>
          <w:szCs w:val="24"/>
          <w:lang w:val="it-IT"/>
        </w:rPr>
      </w:pPr>
      <w:r w:rsidRPr="004A191C">
        <w:rPr>
          <w:sz w:val="24"/>
          <w:szCs w:val="24"/>
          <w:lang w:val="it-IT"/>
        </w:rPr>
        <w:t xml:space="preserve">Il/La sottoscritto/a dichiara di aver svolto, in qualità di docente di scuola primaria e nell’ambito dell’attività didattica curricolare, esperienza specifica di insegnamento dell’educazione fisica/motoria per </w:t>
      </w:r>
      <w:r w:rsidRPr="004A191C">
        <w:rPr>
          <w:b/>
          <w:bCs/>
          <w:sz w:val="24"/>
          <w:szCs w:val="24"/>
          <w:lang w:val="it-IT"/>
        </w:rPr>
        <w:t>almeno un anno scolastico</w:t>
      </w:r>
      <w:r w:rsidRPr="004A191C">
        <w:rPr>
          <w:sz w:val="24"/>
          <w:szCs w:val="24"/>
          <w:lang w:val="it-IT"/>
        </w:rPr>
        <w:t>.</w:t>
      </w:r>
    </w:p>
    <w:p w14:paraId="6DD07C5C" w14:textId="77777777" w:rsidR="004A191C" w:rsidRDefault="004A191C" w:rsidP="004A191C">
      <w:pPr>
        <w:adjustRightInd w:val="0"/>
        <w:spacing w:after="0" w:line="276" w:lineRule="auto"/>
        <w:jc w:val="both"/>
        <w:rPr>
          <w:sz w:val="24"/>
          <w:szCs w:val="24"/>
          <w:lang w:val="it-IT"/>
        </w:rPr>
      </w:pPr>
      <w:r w:rsidRPr="004A191C">
        <w:rPr>
          <w:sz w:val="24"/>
          <w:szCs w:val="24"/>
          <w:lang w:val="it-IT"/>
        </w:rPr>
        <w:t>Ai fini del requisito di ammissione indica la seguente annualità:</w:t>
      </w:r>
    </w:p>
    <w:p w14:paraId="603167AE" w14:textId="77777777" w:rsidR="00CE49B7" w:rsidRPr="004A191C" w:rsidRDefault="00CE49B7" w:rsidP="004A191C">
      <w:pPr>
        <w:adjustRightInd w:val="0"/>
        <w:spacing w:after="0" w:line="276" w:lineRule="auto"/>
        <w:jc w:val="both"/>
        <w:rPr>
          <w:sz w:val="24"/>
          <w:szCs w:val="24"/>
          <w:lang w:val="it-IT"/>
        </w:rPr>
      </w:pPr>
    </w:p>
    <w:p w14:paraId="723FB81A" w14:textId="77777777" w:rsidR="004A191C" w:rsidRPr="004A191C" w:rsidRDefault="004A191C" w:rsidP="00CE49B7">
      <w:pPr>
        <w:adjustRightInd w:val="0"/>
        <w:spacing w:after="0" w:line="360" w:lineRule="auto"/>
        <w:jc w:val="both"/>
        <w:rPr>
          <w:sz w:val="24"/>
          <w:szCs w:val="24"/>
          <w:lang w:val="it-IT"/>
        </w:rPr>
      </w:pPr>
      <w:r w:rsidRPr="004A191C">
        <w:rPr>
          <w:b/>
          <w:bCs/>
          <w:sz w:val="24"/>
          <w:szCs w:val="24"/>
          <w:lang w:val="it-IT"/>
        </w:rPr>
        <w:t>Anno scolastico:</w:t>
      </w:r>
      <w:r w:rsidRPr="004A191C">
        <w:rPr>
          <w:sz w:val="24"/>
          <w:szCs w:val="24"/>
          <w:lang w:val="it-IT"/>
        </w:rPr>
        <w:t xml:space="preserve"> _______________________________</w:t>
      </w:r>
    </w:p>
    <w:p w14:paraId="11869FD4" w14:textId="77777777" w:rsidR="004A191C" w:rsidRPr="004A191C" w:rsidRDefault="004A191C" w:rsidP="00CE49B7">
      <w:pPr>
        <w:adjustRightInd w:val="0"/>
        <w:spacing w:after="0" w:line="360" w:lineRule="auto"/>
        <w:jc w:val="both"/>
        <w:rPr>
          <w:sz w:val="24"/>
          <w:szCs w:val="24"/>
          <w:lang w:val="it-IT"/>
        </w:rPr>
      </w:pPr>
      <w:r w:rsidRPr="004A191C">
        <w:rPr>
          <w:b/>
          <w:bCs/>
          <w:sz w:val="24"/>
          <w:szCs w:val="24"/>
          <w:lang w:val="it-IT"/>
        </w:rPr>
        <w:t>Istituzione scolastica:</w:t>
      </w:r>
    </w:p>
    <w:p w14:paraId="74AE4E85"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3EB49EB1">
          <v:rect id="_x0000_i1160" style="width:0;height:1.5pt" o:hralign="center" o:hrstd="t" o:hr="t" fillcolor="#a0a0a0" stroked="f"/>
        </w:pict>
      </w:r>
    </w:p>
    <w:p w14:paraId="5E074198" w14:textId="77777777" w:rsidR="004A191C" w:rsidRPr="004A191C" w:rsidRDefault="004A191C" w:rsidP="00CE49B7">
      <w:pPr>
        <w:adjustRightInd w:val="0"/>
        <w:spacing w:after="0" w:line="360" w:lineRule="auto"/>
        <w:jc w:val="both"/>
        <w:rPr>
          <w:sz w:val="24"/>
          <w:szCs w:val="24"/>
          <w:lang w:val="it-IT"/>
        </w:rPr>
      </w:pPr>
      <w:r w:rsidRPr="004A191C">
        <w:rPr>
          <w:b/>
          <w:bCs/>
          <w:sz w:val="24"/>
          <w:szCs w:val="24"/>
          <w:lang w:val="it-IT"/>
        </w:rPr>
        <w:t>Plesso/i, ove pertinente:</w:t>
      </w:r>
    </w:p>
    <w:p w14:paraId="576C5908"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3238C564">
          <v:rect id="_x0000_i1161" style="width:0;height:1.5pt" o:hralign="center" o:hrstd="t" o:hr="t" fillcolor="#a0a0a0" stroked="f"/>
        </w:pict>
      </w:r>
    </w:p>
    <w:p w14:paraId="72A06890" w14:textId="77777777" w:rsidR="004A191C" w:rsidRPr="004A191C" w:rsidRDefault="004A191C" w:rsidP="00CE49B7">
      <w:pPr>
        <w:adjustRightInd w:val="0"/>
        <w:spacing w:after="0" w:line="360" w:lineRule="auto"/>
        <w:jc w:val="both"/>
        <w:rPr>
          <w:sz w:val="24"/>
          <w:szCs w:val="24"/>
          <w:lang w:val="it-IT"/>
        </w:rPr>
      </w:pPr>
      <w:r w:rsidRPr="004A191C">
        <w:rPr>
          <w:b/>
          <w:bCs/>
          <w:sz w:val="24"/>
          <w:szCs w:val="24"/>
          <w:lang w:val="it-IT"/>
        </w:rPr>
        <w:t>Classi interessate, ove pertinente:</w:t>
      </w:r>
    </w:p>
    <w:p w14:paraId="0ED8424B"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46F9660B">
          <v:rect id="_x0000_i1162" style="width:0;height:1.5pt" o:hralign="center" o:hrstd="t" o:hr="t" fillcolor="#a0a0a0" stroked="f"/>
        </w:pict>
      </w:r>
    </w:p>
    <w:p w14:paraId="1973F2F7" w14:textId="77777777" w:rsidR="004A191C" w:rsidRPr="004A191C" w:rsidRDefault="004A191C" w:rsidP="00CE49B7">
      <w:pPr>
        <w:adjustRightInd w:val="0"/>
        <w:spacing w:after="0" w:line="360" w:lineRule="auto"/>
        <w:jc w:val="both"/>
        <w:rPr>
          <w:sz w:val="24"/>
          <w:szCs w:val="24"/>
          <w:lang w:val="it-IT"/>
        </w:rPr>
      </w:pPr>
      <w:r w:rsidRPr="004A191C">
        <w:rPr>
          <w:b/>
          <w:bCs/>
          <w:sz w:val="24"/>
          <w:szCs w:val="24"/>
          <w:lang w:val="it-IT"/>
        </w:rPr>
        <w:t>Elementi utili alla verifica dell’esperienza dichiarata:</w:t>
      </w:r>
    </w:p>
    <w:p w14:paraId="103CBEA8"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68CC903B">
          <v:rect id="_x0000_i1163" style="width:0;height:1.5pt" o:hralign="center" o:hrstd="t" o:hr="t" fillcolor="#a0a0a0" stroked="f"/>
        </w:pict>
      </w:r>
    </w:p>
    <w:p w14:paraId="056AED1B" w14:textId="77777777" w:rsidR="004A191C" w:rsidRPr="004A191C" w:rsidRDefault="004A191C" w:rsidP="00CE49B7">
      <w:pPr>
        <w:adjustRightInd w:val="0"/>
        <w:spacing w:after="0" w:line="360" w:lineRule="auto"/>
        <w:jc w:val="both"/>
        <w:rPr>
          <w:sz w:val="24"/>
          <w:szCs w:val="24"/>
          <w:lang w:val="it-IT"/>
        </w:rPr>
      </w:pPr>
      <w:r w:rsidRPr="004A191C">
        <w:rPr>
          <w:sz w:val="24"/>
          <w:szCs w:val="24"/>
          <w:lang w:val="it-IT"/>
        </w:rPr>
        <w:pict w14:anchorId="0AC61847">
          <v:rect id="_x0000_i1164" style="width:0;height:1.5pt" o:hralign="center" o:hrstd="t" o:hr="t" fillcolor="#a0a0a0" stroked="f"/>
        </w:pict>
      </w:r>
    </w:p>
    <w:p w14:paraId="1A9720FB" w14:textId="77777777" w:rsidR="00CE49B7" w:rsidRDefault="00CE49B7" w:rsidP="004A191C">
      <w:pPr>
        <w:adjustRightInd w:val="0"/>
        <w:spacing w:after="0" w:line="276" w:lineRule="auto"/>
        <w:jc w:val="both"/>
        <w:rPr>
          <w:sz w:val="24"/>
          <w:szCs w:val="24"/>
          <w:lang w:val="it-IT"/>
        </w:rPr>
      </w:pPr>
    </w:p>
    <w:p w14:paraId="7216CF84" w14:textId="626367EF" w:rsidR="004A191C" w:rsidRPr="004A191C" w:rsidRDefault="004A191C" w:rsidP="004A191C">
      <w:pPr>
        <w:adjustRightInd w:val="0"/>
        <w:spacing w:after="0" w:line="276" w:lineRule="auto"/>
        <w:jc w:val="both"/>
        <w:rPr>
          <w:sz w:val="24"/>
          <w:szCs w:val="24"/>
          <w:lang w:val="it-IT"/>
        </w:rPr>
      </w:pPr>
      <w:r w:rsidRPr="004A191C">
        <w:rPr>
          <w:sz w:val="24"/>
          <w:szCs w:val="24"/>
          <w:lang w:val="it-IT"/>
        </w:rPr>
        <w:t>Il/La sottoscritto/a dichiara che l’esperienza sopra indicata è documentabile e/o verificabile sulla base degli atti dell’Istituzione scolastica.</w:t>
      </w:r>
    </w:p>
    <w:p w14:paraId="7023E952" w14:textId="77777777" w:rsidR="004A191C" w:rsidRPr="004A191C" w:rsidRDefault="004A191C" w:rsidP="004A191C">
      <w:pPr>
        <w:adjustRightInd w:val="0"/>
        <w:spacing w:after="0" w:line="276" w:lineRule="auto"/>
        <w:jc w:val="both"/>
        <w:rPr>
          <w:sz w:val="24"/>
          <w:szCs w:val="24"/>
          <w:lang w:val="it-IT"/>
        </w:rPr>
      </w:pPr>
      <w:r w:rsidRPr="004A191C">
        <w:rPr>
          <w:b/>
          <w:bCs/>
          <w:sz w:val="24"/>
          <w:szCs w:val="24"/>
          <w:lang w:val="it-IT"/>
        </w:rPr>
        <w:t>È sufficiente il possesso di uno dei due requisiti sopra indicati. Il candidato che possieda entrambi i requisiti può dichiararli entrambi.</w:t>
      </w:r>
    </w:p>
    <w:p w14:paraId="2CBADE0F" w14:textId="77777777" w:rsidR="004A191C" w:rsidRPr="004A191C" w:rsidRDefault="004A191C" w:rsidP="004A191C">
      <w:pPr>
        <w:adjustRightInd w:val="0"/>
        <w:spacing w:after="0" w:line="276" w:lineRule="auto"/>
        <w:jc w:val="both"/>
        <w:rPr>
          <w:sz w:val="24"/>
          <w:szCs w:val="24"/>
          <w:lang w:val="it-IT"/>
        </w:rPr>
      </w:pPr>
      <w:r w:rsidRPr="004A191C">
        <w:rPr>
          <w:sz w:val="24"/>
          <w:szCs w:val="24"/>
          <w:lang w:val="it-IT"/>
        </w:rPr>
        <w:t xml:space="preserve">Il/La sottoscritto/a prende atto che il titolo/abilitazione di cui alla lettera A), ovvero l’annualità indicata quale requisito di ammissione ai sensi della lettera B), </w:t>
      </w:r>
      <w:r w:rsidRPr="004A191C">
        <w:rPr>
          <w:b/>
          <w:bCs/>
          <w:sz w:val="24"/>
          <w:szCs w:val="24"/>
          <w:lang w:val="it-IT"/>
        </w:rPr>
        <w:t>non determinano, in quanto requisiti di ammissione, autonoma attribuzione di punteggio</w:t>
      </w:r>
      <w:r w:rsidRPr="004A191C">
        <w:rPr>
          <w:sz w:val="24"/>
          <w:szCs w:val="24"/>
          <w:lang w:val="it-IT"/>
        </w:rPr>
        <w:t>, secondo quanto previsto dagli artt. 6 e 8 dell’Avviso come rettificato.</w:t>
      </w:r>
    </w:p>
    <w:p w14:paraId="17E5B540" w14:textId="47ABFDDB" w:rsidR="004A191C" w:rsidRPr="004A191C" w:rsidRDefault="004A191C" w:rsidP="004A191C">
      <w:pPr>
        <w:adjustRightInd w:val="0"/>
        <w:spacing w:after="0" w:line="276" w:lineRule="auto"/>
        <w:jc w:val="both"/>
        <w:rPr>
          <w:sz w:val="24"/>
          <w:szCs w:val="24"/>
          <w:lang w:val="it-IT"/>
        </w:rPr>
      </w:pPr>
    </w:p>
    <w:p w14:paraId="62671CE2" w14:textId="77777777" w:rsidR="004A191C" w:rsidRPr="004A191C" w:rsidRDefault="004A191C" w:rsidP="00CE49B7">
      <w:pPr>
        <w:adjustRightInd w:val="0"/>
        <w:spacing w:after="0" w:line="276" w:lineRule="auto"/>
        <w:jc w:val="center"/>
        <w:rPr>
          <w:b/>
          <w:bCs/>
          <w:sz w:val="24"/>
          <w:szCs w:val="24"/>
          <w:lang w:val="it-IT"/>
        </w:rPr>
      </w:pPr>
      <w:r w:rsidRPr="004A191C">
        <w:rPr>
          <w:b/>
          <w:bCs/>
          <w:sz w:val="24"/>
          <w:szCs w:val="24"/>
          <w:lang w:val="it-IT"/>
        </w:rPr>
        <w:t>DOCUMENTAZIONE ALLEGATA</w:t>
      </w:r>
    </w:p>
    <w:p w14:paraId="4740A3B3" w14:textId="77777777" w:rsidR="00CE49B7" w:rsidRDefault="00CE49B7" w:rsidP="004A191C">
      <w:pPr>
        <w:adjustRightInd w:val="0"/>
        <w:spacing w:after="0" w:line="276" w:lineRule="auto"/>
        <w:jc w:val="both"/>
        <w:rPr>
          <w:sz w:val="24"/>
          <w:szCs w:val="24"/>
          <w:lang w:val="it-IT"/>
        </w:rPr>
      </w:pPr>
    </w:p>
    <w:p w14:paraId="28CBF2A1" w14:textId="2C36A40F" w:rsidR="004A191C" w:rsidRPr="004A191C" w:rsidRDefault="004A191C" w:rsidP="00B92354">
      <w:pPr>
        <w:adjustRightInd w:val="0"/>
        <w:spacing w:after="0" w:line="276" w:lineRule="auto"/>
        <w:rPr>
          <w:rFonts w:cs="Arial"/>
          <w:sz w:val="24"/>
          <w:szCs w:val="24"/>
          <w:lang w:val="it-IT"/>
        </w:rPr>
      </w:pPr>
      <w:r w:rsidRPr="004A191C">
        <w:rPr>
          <w:sz w:val="24"/>
          <w:szCs w:val="24"/>
          <w:lang w:val="it-IT"/>
        </w:rPr>
        <w:lastRenderedPageBreak/>
        <w:t>Il/La sottoscritto/a allega alla presente domanda:</w:t>
      </w:r>
    </w:p>
    <w:p w14:paraId="06674689" w14:textId="358FBC26" w:rsidR="004A191C" w:rsidRPr="004A191C" w:rsidRDefault="00B92354" w:rsidP="00B92354">
      <w:pPr>
        <w:adjustRightInd w:val="0"/>
        <w:spacing w:after="0" w:line="276" w:lineRule="auto"/>
        <w:rPr>
          <w:rFonts w:cs="Arial"/>
          <w:sz w:val="24"/>
          <w:szCs w:val="24"/>
          <w:lang w:val="it-IT"/>
        </w:rPr>
      </w:pPr>
      <w:r w:rsidRPr="00B92354">
        <w:rPr>
          <w:rFonts w:ascii="Segoe UI Symbol" w:hAnsi="Segoe UI Symbol" w:cs="Segoe UI Symbol"/>
          <w:sz w:val="24"/>
          <w:szCs w:val="24"/>
        </w:rPr>
        <w:t>☐</w:t>
      </w:r>
      <w:r w:rsidRPr="00B92354">
        <w:rPr>
          <w:rFonts w:cs="Arial"/>
          <w:sz w:val="24"/>
          <w:szCs w:val="24"/>
        </w:rPr>
        <w:t xml:space="preserve"> </w:t>
      </w:r>
      <w:proofErr w:type="spellStart"/>
      <w:r w:rsidRPr="00B92354">
        <w:rPr>
          <w:rFonts w:cs="Arial"/>
          <w:sz w:val="24"/>
          <w:szCs w:val="24"/>
        </w:rPr>
        <w:t>Allegato</w:t>
      </w:r>
      <w:proofErr w:type="spellEnd"/>
      <w:r w:rsidRPr="00B92354">
        <w:rPr>
          <w:rFonts w:cs="Arial"/>
          <w:sz w:val="24"/>
          <w:szCs w:val="24"/>
        </w:rPr>
        <w:t xml:space="preserve"> B-E – </w:t>
      </w:r>
      <w:proofErr w:type="spellStart"/>
      <w:r w:rsidRPr="00B92354">
        <w:rPr>
          <w:rFonts w:cs="Arial"/>
          <w:sz w:val="24"/>
          <w:szCs w:val="24"/>
        </w:rPr>
        <w:t>Scheda</w:t>
      </w:r>
      <w:proofErr w:type="spellEnd"/>
      <w:r w:rsidRPr="00B92354">
        <w:rPr>
          <w:rFonts w:cs="Arial"/>
          <w:sz w:val="24"/>
          <w:szCs w:val="24"/>
        </w:rPr>
        <w:t xml:space="preserve"> di </w:t>
      </w:r>
      <w:proofErr w:type="spellStart"/>
      <w:r w:rsidRPr="00B92354">
        <w:rPr>
          <w:rFonts w:cs="Arial"/>
          <w:sz w:val="24"/>
          <w:szCs w:val="24"/>
        </w:rPr>
        <w:t>autovalutazione</w:t>
      </w:r>
      <w:proofErr w:type="spellEnd"/>
      <w:r w:rsidRPr="00B92354">
        <w:rPr>
          <w:rFonts w:cs="Arial"/>
          <w:sz w:val="24"/>
          <w:szCs w:val="24"/>
        </w:rPr>
        <w:t xml:space="preserve"> </w:t>
      </w:r>
      <w:proofErr w:type="spellStart"/>
      <w:r w:rsidRPr="00B92354">
        <w:rPr>
          <w:rFonts w:cs="Arial"/>
          <w:sz w:val="24"/>
          <w:szCs w:val="24"/>
        </w:rPr>
        <w:t>Esperto</w:t>
      </w:r>
      <w:proofErr w:type="spellEnd"/>
      <w:r w:rsidRPr="00B92354">
        <w:rPr>
          <w:rFonts w:cs="Arial"/>
          <w:sz w:val="24"/>
          <w:szCs w:val="24"/>
        </w:rPr>
        <w:t xml:space="preserve">, </w:t>
      </w:r>
      <w:r w:rsidRPr="00B92354">
        <w:rPr>
          <w:rFonts w:cs="Arial"/>
          <w:b/>
          <w:bCs/>
          <w:sz w:val="24"/>
          <w:szCs w:val="24"/>
        </w:rPr>
        <w:t xml:space="preserve">se </w:t>
      </w:r>
      <w:proofErr w:type="spellStart"/>
      <w:r w:rsidRPr="00B92354">
        <w:rPr>
          <w:rFonts w:cs="Arial"/>
          <w:b/>
          <w:bCs/>
          <w:sz w:val="24"/>
          <w:szCs w:val="24"/>
        </w:rPr>
        <w:t>si</w:t>
      </w:r>
      <w:proofErr w:type="spellEnd"/>
      <w:r w:rsidRPr="00B92354">
        <w:rPr>
          <w:rFonts w:cs="Arial"/>
          <w:b/>
          <w:bCs/>
          <w:sz w:val="24"/>
          <w:szCs w:val="24"/>
        </w:rPr>
        <w:t xml:space="preserve"> </w:t>
      </w:r>
      <w:proofErr w:type="spellStart"/>
      <w:r w:rsidRPr="00B92354">
        <w:rPr>
          <w:rFonts w:cs="Arial"/>
          <w:b/>
          <w:bCs/>
          <w:sz w:val="24"/>
          <w:szCs w:val="24"/>
        </w:rPr>
        <w:t>presenta</w:t>
      </w:r>
      <w:proofErr w:type="spellEnd"/>
      <w:r w:rsidRPr="00B92354">
        <w:rPr>
          <w:rFonts w:cs="Arial"/>
          <w:b/>
          <w:bCs/>
          <w:sz w:val="24"/>
          <w:szCs w:val="24"/>
        </w:rPr>
        <w:t xml:space="preserve"> </w:t>
      </w:r>
      <w:proofErr w:type="spellStart"/>
      <w:r w:rsidRPr="00B92354">
        <w:rPr>
          <w:rFonts w:cs="Arial"/>
          <w:b/>
          <w:bCs/>
          <w:sz w:val="24"/>
          <w:szCs w:val="24"/>
        </w:rPr>
        <w:t>candidatura</w:t>
      </w:r>
      <w:proofErr w:type="spellEnd"/>
      <w:r w:rsidRPr="00B92354">
        <w:rPr>
          <w:rFonts w:cs="Arial"/>
          <w:b/>
          <w:bCs/>
          <w:sz w:val="24"/>
          <w:szCs w:val="24"/>
        </w:rPr>
        <w:t xml:space="preserve"> per il </w:t>
      </w:r>
      <w:proofErr w:type="spellStart"/>
      <w:r w:rsidRPr="00B92354">
        <w:rPr>
          <w:rFonts w:cs="Arial"/>
          <w:b/>
          <w:bCs/>
          <w:sz w:val="24"/>
          <w:szCs w:val="24"/>
        </w:rPr>
        <w:t>profilo</w:t>
      </w:r>
      <w:proofErr w:type="spellEnd"/>
      <w:r w:rsidRPr="00B92354">
        <w:rPr>
          <w:rFonts w:cs="Arial"/>
          <w:b/>
          <w:bCs/>
          <w:sz w:val="24"/>
          <w:szCs w:val="24"/>
        </w:rPr>
        <w:t xml:space="preserve"> di </w:t>
      </w:r>
      <w:proofErr w:type="spellStart"/>
      <w:r w:rsidRPr="00B92354">
        <w:rPr>
          <w:rFonts w:cs="Arial"/>
          <w:b/>
          <w:bCs/>
          <w:sz w:val="24"/>
          <w:szCs w:val="24"/>
        </w:rPr>
        <w:t>Esperto</w:t>
      </w:r>
      <w:proofErr w:type="spellEnd"/>
      <w:r w:rsidRPr="00B92354">
        <w:rPr>
          <w:rFonts w:cs="Arial"/>
          <w:sz w:val="24"/>
          <w:szCs w:val="24"/>
        </w:rPr>
        <w:t>;</w:t>
      </w:r>
      <w:r w:rsidRPr="00B92354">
        <w:rPr>
          <w:rFonts w:cs="Arial"/>
          <w:sz w:val="24"/>
          <w:szCs w:val="24"/>
        </w:rPr>
        <w:br/>
      </w:r>
      <w:r w:rsidRPr="00B92354">
        <w:rPr>
          <w:rFonts w:ascii="Segoe UI Symbol" w:hAnsi="Segoe UI Symbol" w:cs="Segoe UI Symbol"/>
          <w:sz w:val="24"/>
          <w:szCs w:val="24"/>
        </w:rPr>
        <w:t>☐</w:t>
      </w:r>
      <w:r w:rsidRPr="00B92354">
        <w:rPr>
          <w:rFonts w:cs="Arial"/>
          <w:sz w:val="24"/>
          <w:szCs w:val="24"/>
        </w:rPr>
        <w:t xml:space="preserve"> </w:t>
      </w:r>
      <w:proofErr w:type="spellStart"/>
      <w:r w:rsidRPr="00B92354">
        <w:rPr>
          <w:rFonts w:cs="Arial"/>
          <w:sz w:val="24"/>
          <w:szCs w:val="24"/>
        </w:rPr>
        <w:t>Allegato</w:t>
      </w:r>
      <w:proofErr w:type="spellEnd"/>
      <w:r w:rsidRPr="00B92354">
        <w:rPr>
          <w:rFonts w:cs="Arial"/>
          <w:sz w:val="24"/>
          <w:szCs w:val="24"/>
        </w:rPr>
        <w:t xml:space="preserve"> B-T – </w:t>
      </w:r>
      <w:proofErr w:type="spellStart"/>
      <w:r w:rsidRPr="00B92354">
        <w:rPr>
          <w:rFonts w:cs="Arial"/>
          <w:sz w:val="24"/>
          <w:szCs w:val="24"/>
        </w:rPr>
        <w:t>Scheda</w:t>
      </w:r>
      <w:proofErr w:type="spellEnd"/>
      <w:r w:rsidRPr="00B92354">
        <w:rPr>
          <w:rFonts w:cs="Arial"/>
          <w:sz w:val="24"/>
          <w:szCs w:val="24"/>
        </w:rPr>
        <w:t xml:space="preserve"> di </w:t>
      </w:r>
      <w:proofErr w:type="spellStart"/>
      <w:r w:rsidRPr="00B92354">
        <w:rPr>
          <w:rFonts w:cs="Arial"/>
          <w:sz w:val="24"/>
          <w:szCs w:val="24"/>
        </w:rPr>
        <w:t>autovalutazione</w:t>
      </w:r>
      <w:proofErr w:type="spellEnd"/>
      <w:r w:rsidRPr="00B92354">
        <w:rPr>
          <w:rFonts w:cs="Arial"/>
          <w:sz w:val="24"/>
          <w:szCs w:val="24"/>
        </w:rPr>
        <w:t xml:space="preserve"> Tutor, </w:t>
      </w:r>
      <w:r w:rsidRPr="00B92354">
        <w:rPr>
          <w:rFonts w:cs="Arial"/>
          <w:b/>
          <w:bCs/>
          <w:sz w:val="24"/>
          <w:szCs w:val="24"/>
        </w:rPr>
        <w:t xml:space="preserve">se </w:t>
      </w:r>
      <w:proofErr w:type="spellStart"/>
      <w:r w:rsidRPr="00B92354">
        <w:rPr>
          <w:rFonts w:cs="Arial"/>
          <w:b/>
          <w:bCs/>
          <w:sz w:val="24"/>
          <w:szCs w:val="24"/>
        </w:rPr>
        <w:t>si</w:t>
      </w:r>
      <w:proofErr w:type="spellEnd"/>
      <w:r w:rsidRPr="00B92354">
        <w:rPr>
          <w:rFonts w:cs="Arial"/>
          <w:b/>
          <w:bCs/>
          <w:sz w:val="24"/>
          <w:szCs w:val="24"/>
        </w:rPr>
        <w:t xml:space="preserve"> </w:t>
      </w:r>
      <w:proofErr w:type="spellStart"/>
      <w:r w:rsidRPr="00B92354">
        <w:rPr>
          <w:rFonts w:cs="Arial"/>
          <w:b/>
          <w:bCs/>
          <w:sz w:val="24"/>
          <w:szCs w:val="24"/>
        </w:rPr>
        <w:t>presenta</w:t>
      </w:r>
      <w:proofErr w:type="spellEnd"/>
      <w:r w:rsidRPr="00B92354">
        <w:rPr>
          <w:rFonts w:cs="Arial"/>
          <w:b/>
          <w:bCs/>
          <w:sz w:val="24"/>
          <w:szCs w:val="24"/>
        </w:rPr>
        <w:t xml:space="preserve"> </w:t>
      </w:r>
      <w:proofErr w:type="spellStart"/>
      <w:r w:rsidRPr="00B92354">
        <w:rPr>
          <w:rFonts w:cs="Arial"/>
          <w:b/>
          <w:bCs/>
          <w:sz w:val="24"/>
          <w:szCs w:val="24"/>
        </w:rPr>
        <w:t>candidatura</w:t>
      </w:r>
      <w:proofErr w:type="spellEnd"/>
      <w:r w:rsidRPr="00B92354">
        <w:rPr>
          <w:rFonts w:cs="Arial"/>
          <w:b/>
          <w:bCs/>
          <w:sz w:val="24"/>
          <w:szCs w:val="24"/>
        </w:rPr>
        <w:t xml:space="preserve"> per il </w:t>
      </w:r>
      <w:proofErr w:type="spellStart"/>
      <w:r w:rsidRPr="00B92354">
        <w:rPr>
          <w:rFonts w:cs="Arial"/>
          <w:b/>
          <w:bCs/>
          <w:sz w:val="24"/>
          <w:szCs w:val="24"/>
        </w:rPr>
        <w:t>profilo</w:t>
      </w:r>
      <w:proofErr w:type="spellEnd"/>
      <w:r w:rsidRPr="00B92354">
        <w:rPr>
          <w:rFonts w:cs="Arial"/>
          <w:b/>
          <w:bCs/>
          <w:sz w:val="24"/>
          <w:szCs w:val="24"/>
        </w:rPr>
        <w:t xml:space="preserve"> di Tutor</w:t>
      </w:r>
      <w:r w:rsidRPr="00B92354">
        <w:rPr>
          <w:rFonts w:cs="Arial"/>
          <w:sz w:val="24"/>
          <w:szCs w:val="24"/>
        </w:rPr>
        <w:t>;</w:t>
      </w:r>
      <w:r w:rsidRPr="00B92354">
        <w:rPr>
          <w:rFonts w:cs="Arial"/>
          <w:sz w:val="24"/>
          <w:szCs w:val="24"/>
        </w:rPr>
        <w:br/>
      </w:r>
      <w:r w:rsidRPr="00B92354">
        <w:rPr>
          <w:rFonts w:ascii="Segoe UI Symbol" w:hAnsi="Segoe UI Symbol" w:cs="Segoe UI Symbol"/>
          <w:sz w:val="24"/>
          <w:szCs w:val="24"/>
        </w:rPr>
        <w:t>☐</w:t>
      </w:r>
      <w:r w:rsidRPr="00B92354">
        <w:rPr>
          <w:rFonts w:cs="Arial"/>
          <w:sz w:val="24"/>
          <w:szCs w:val="24"/>
        </w:rPr>
        <w:t xml:space="preserve"> Curriculum vitae in </w:t>
      </w:r>
      <w:proofErr w:type="spellStart"/>
      <w:r w:rsidRPr="00B92354">
        <w:rPr>
          <w:rFonts w:cs="Arial"/>
          <w:sz w:val="24"/>
          <w:szCs w:val="24"/>
        </w:rPr>
        <w:t>formato</w:t>
      </w:r>
      <w:proofErr w:type="spellEnd"/>
      <w:r w:rsidRPr="00B92354">
        <w:rPr>
          <w:rFonts w:cs="Arial"/>
          <w:sz w:val="24"/>
          <w:szCs w:val="24"/>
        </w:rPr>
        <w:t xml:space="preserve"> </w:t>
      </w:r>
      <w:proofErr w:type="spellStart"/>
      <w:r w:rsidRPr="00B92354">
        <w:rPr>
          <w:rFonts w:cs="Arial"/>
          <w:sz w:val="24"/>
          <w:szCs w:val="24"/>
        </w:rPr>
        <w:t>europeo</w:t>
      </w:r>
      <w:proofErr w:type="spellEnd"/>
      <w:r w:rsidRPr="00B92354">
        <w:rPr>
          <w:rFonts w:cs="Arial"/>
          <w:sz w:val="24"/>
          <w:szCs w:val="24"/>
        </w:rPr>
        <w:t xml:space="preserve">, </w:t>
      </w:r>
      <w:proofErr w:type="spellStart"/>
      <w:r w:rsidRPr="00B92354">
        <w:rPr>
          <w:rFonts w:cs="Arial"/>
          <w:sz w:val="24"/>
          <w:szCs w:val="24"/>
        </w:rPr>
        <w:t>datato</w:t>
      </w:r>
      <w:proofErr w:type="spellEnd"/>
      <w:r w:rsidRPr="00B92354">
        <w:rPr>
          <w:rFonts w:cs="Arial"/>
          <w:sz w:val="24"/>
          <w:szCs w:val="24"/>
        </w:rPr>
        <w:t xml:space="preserve"> e </w:t>
      </w:r>
      <w:proofErr w:type="spellStart"/>
      <w:r w:rsidRPr="00B92354">
        <w:rPr>
          <w:rFonts w:cs="Arial"/>
          <w:sz w:val="24"/>
          <w:szCs w:val="24"/>
        </w:rPr>
        <w:t>sottoscritto</w:t>
      </w:r>
      <w:proofErr w:type="spellEnd"/>
      <w:r w:rsidRPr="00B92354">
        <w:rPr>
          <w:rFonts w:cs="Arial"/>
          <w:sz w:val="24"/>
          <w:szCs w:val="24"/>
        </w:rPr>
        <w:t>;</w:t>
      </w:r>
      <w:r w:rsidRPr="00B92354">
        <w:rPr>
          <w:rFonts w:cs="Arial"/>
          <w:sz w:val="24"/>
          <w:szCs w:val="24"/>
        </w:rPr>
        <w:br/>
      </w:r>
      <w:r w:rsidRPr="00B92354">
        <w:rPr>
          <w:rFonts w:ascii="Segoe UI Symbol" w:hAnsi="Segoe UI Symbol" w:cs="Segoe UI Symbol"/>
          <w:sz w:val="24"/>
          <w:szCs w:val="24"/>
        </w:rPr>
        <w:t>☐</w:t>
      </w:r>
      <w:r w:rsidRPr="00B92354">
        <w:rPr>
          <w:rFonts w:cs="Arial"/>
          <w:sz w:val="24"/>
          <w:szCs w:val="24"/>
        </w:rPr>
        <w:t xml:space="preserve"> Copia di un </w:t>
      </w:r>
      <w:proofErr w:type="spellStart"/>
      <w:r w:rsidRPr="00B92354">
        <w:rPr>
          <w:rFonts w:cs="Arial"/>
          <w:sz w:val="24"/>
          <w:szCs w:val="24"/>
        </w:rPr>
        <w:t>documento</w:t>
      </w:r>
      <w:proofErr w:type="spellEnd"/>
      <w:r w:rsidRPr="00B92354">
        <w:rPr>
          <w:rFonts w:cs="Arial"/>
          <w:sz w:val="24"/>
          <w:szCs w:val="24"/>
        </w:rPr>
        <w:t xml:space="preserve"> di </w:t>
      </w:r>
      <w:proofErr w:type="spellStart"/>
      <w:r w:rsidRPr="00B92354">
        <w:rPr>
          <w:rFonts w:cs="Arial"/>
          <w:sz w:val="24"/>
          <w:szCs w:val="24"/>
        </w:rPr>
        <w:t>identità</w:t>
      </w:r>
      <w:proofErr w:type="spellEnd"/>
      <w:r w:rsidRPr="00B92354">
        <w:rPr>
          <w:rFonts w:cs="Arial"/>
          <w:sz w:val="24"/>
          <w:szCs w:val="24"/>
        </w:rPr>
        <w:t xml:space="preserve"> in </w:t>
      </w:r>
      <w:proofErr w:type="spellStart"/>
      <w:r w:rsidRPr="00B92354">
        <w:rPr>
          <w:rFonts w:cs="Arial"/>
          <w:sz w:val="24"/>
          <w:szCs w:val="24"/>
        </w:rPr>
        <w:t>corso</w:t>
      </w:r>
      <w:proofErr w:type="spellEnd"/>
      <w:r w:rsidRPr="00B92354">
        <w:rPr>
          <w:rFonts w:cs="Arial"/>
          <w:sz w:val="24"/>
          <w:szCs w:val="24"/>
        </w:rPr>
        <w:t xml:space="preserve"> di </w:t>
      </w:r>
      <w:proofErr w:type="spellStart"/>
      <w:r w:rsidRPr="00B92354">
        <w:rPr>
          <w:rFonts w:cs="Arial"/>
          <w:sz w:val="24"/>
          <w:szCs w:val="24"/>
        </w:rPr>
        <w:t>validità</w:t>
      </w:r>
      <w:proofErr w:type="spellEnd"/>
      <w:r w:rsidRPr="00B92354">
        <w:rPr>
          <w:rFonts w:cs="Arial"/>
          <w:sz w:val="24"/>
          <w:szCs w:val="24"/>
        </w:rPr>
        <w:t xml:space="preserve">, </w:t>
      </w:r>
      <w:proofErr w:type="spellStart"/>
      <w:r w:rsidRPr="00B92354">
        <w:rPr>
          <w:rFonts w:cs="Arial"/>
          <w:sz w:val="24"/>
          <w:szCs w:val="24"/>
        </w:rPr>
        <w:t>ove</w:t>
      </w:r>
      <w:proofErr w:type="spellEnd"/>
      <w:r w:rsidRPr="00B92354">
        <w:rPr>
          <w:rFonts w:cs="Arial"/>
          <w:sz w:val="24"/>
          <w:szCs w:val="24"/>
        </w:rPr>
        <w:t xml:space="preserve"> necessaria.</w:t>
      </w:r>
    </w:p>
    <w:p w14:paraId="208D4BF9" w14:textId="77777777" w:rsidR="00CE49B7" w:rsidRDefault="00CE49B7" w:rsidP="004A191C">
      <w:pPr>
        <w:adjustRightInd w:val="0"/>
        <w:spacing w:after="0" w:line="276" w:lineRule="auto"/>
        <w:jc w:val="both"/>
        <w:rPr>
          <w:b/>
          <w:bCs/>
          <w:sz w:val="24"/>
          <w:szCs w:val="24"/>
          <w:lang w:val="it-IT"/>
        </w:rPr>
      </w:pPr>
    </w:p>
    <w:p w14:paraId="4309B0E3" w14:textId="15D4D21C" w:rsidR="004A191C" w:rsidRPr="004A191C" w:rsidRDefault="004A191C" w:rsidP="00CE49B7">
      <w:pPr>
        <w:adjustRightInd w:val="0"/>
        <w:spacing w:after="0" w:line="276" w:lineRule="auto"/>
        <w:jc w:val="center"/>
        <w:rPr>
          <w:b/>
          <w:bCs/>
          <w:sz w:val="24"/>
          <w:szCs w:val="24"/>
          <w:lang w:val="it-IT"/>
        </w:rPr>
      </w:pPr>
      <w:r w:rsidRPr="004A191C">
        <w:rPr>
          <w:b/>
          <w:bCs/>
          <w:sz w:val="24"/>
          <w:szCs w:val="24"/>
          <w:lang w:val="it-IT"/>
        </w:rPr>
        <w:t>DICHIARAZIONE IN MATERIA DI INCOMPATIBILITÀ E CONFLITTO DI INTERESSI</w:t>
      </w:r>
    </w:p>
    <w:p w14:paraId="3FAEDEE1" w14:textId="77777777" w:rsidR="00CE49B7" w:rsidRDefault="00CE49B7" w:rsidP="004A191C">
      <w:pPr>
        <w:adjustRightInd w:val="0"/>
        <w:spacing w:after="0" w:line="276" w:lineRule="auto"/>
        <w:jc w:val="both"/>
        <w:rPr>
          <w:sz w:val="24"/>
          <w:szCs w:val="24"/>
          <w:lang w:val="it-IT"/>
        </w:rPr>
      </w:pPr>
    </w:p>
    <w:p w14:paraId="65D3DA5E" w14:textId="67A85417" w:rsidR="004A191C" w:rsidRPr="004A191C" w:rsidRDefault="004A191C" w:rsidP="004A191C">
      <w:pPr>
        <w:adjustRightInd w:val="0"/>
        <w:spacing w:after="0" w:line="276" w:lineRule="auto"/>
        <w:jc w:val="both"/>
        <w:rPr>
          <w:sz w:val="24"/>
          <w:szCs w:val="24"/>
          <w:lang w:val="it-IT"/>
        </w:rPr>
      </w:pPr>
      <w:r w:rsidRPr="004A191C">
        <w:rPr>
          <w:sz w:val="24"/>
          <w:szCs w:val="24"/>
          <w:lang w:val="it-IT"/>
        </w:rPr>
        <w:t>Il/La sottoscritto/a dichiara di non trovarsi in situazioni di incompatibilità, inconferibilità o conflitto di interessi, anche potenziale, rispetto all’incarico per il quale presenta candidatura e si impegna a comunicare tempestivamente all’Istituzione scolastica qualsiasi situazione che dovesse sopravvenire nel corso della procedura o dell’eventuale incarico.</w:t>
      </w:r>
    </w:p>
    <w:p w14:paraId="0B6D2331" w14:textId="32A9467D" w:rsidR="004A191C" w:rsidRPr="004A191C" w:rsidRDefault="004A191C" w:rsidP="004A191C">
      <w:pPr>
        <w:adjustRightInd w:val="0"/>
        <w:spacing w:after="0" w:line="276" w:lineRule="auto"/>
        <w:jc w:val="both"/>
        <w:rPr>
          <w:sz w:val="24"/>
          <w:szCs w:val="24"/>
          <w:lang w:val="it-IT"/>
        </w:rPr>
      </w:pPr>
    </w:p>
    <w:p w14:paraId="74EBB683" w14:textId="77777777" w:rsidR="004A191C" w:rsidRPr="004A191C" w:rsidRDefault="004A191C" w:rsidP="00CE49B7">
      <w:pPr>
        <w:adjustRightInd w:val="0"/>
        <w:spacing w:after="0" w:line="276" w:lineRule="auto"/>
        <w:jc w:val="center"/>
        <w:rPr>
          <w:b/>
          <w:bCs/>
          <w:sz w:val="24"/>
          <w:szCs w:val="24"/>
          <w:lang w:val="it-IT"/>
        </w:rPr>
      </w:pPr>
      <w:r w:rsidRPr="004A191C">
        <w:rPr>
          <w:b/>
          <w:bCs/>
          <w:sz w:val="24"/>
          <w:szCs w:val="24"/>
          <w:lang w:val="it-IT"/>
        </w:rPr>
        <w:t>TRATTAMENTO DEI DATI PERSONALI</w:t>
      </w:r>
    </w:p>
    <w:p w14:paraId="1EE1C452" w14:textId="77777777" w:rsidR="00CE49B7" w:rsidRDefault="00CE49B7" w:rsidP="004A191C">
      <w:pPr>
        <w:adjustRightInd w:val="0"/>
        <w:spacing w:after="0" w:line="276" w:lineRule="auto"/>
        <w:jc w:val="both"/>
        <w:rPr>
          <w:sz w:val="24"/>
          <w:szCs w:val="24"/>
          <w:lang w:val="it-IT"/>
        </w:rPr>
      </w:pPr>
    </w:p>
    <w:p w14:paraId="11C5A3C6" w14:textId="230200B4" w:rsidR="004A191C" w:rsidRPr="004A191C" w:rsidRDefault="004A191C" w:rsidP="004A191C">
      <w:pPr>
        <w:adjustRightInd w:val="0"/>
        <w:spacing w:after="0" w:line="276" w:lineRule="auto"/>
        <w:jc w:val="both"/>
        <w:rPr>
          <w:sz w:val="24"/>
          <w:szCs w:val="24"/>
          <w:lang w:val="it-IT"/>
        </w:rPr>
      </w:pPr>
      <w:r w:rsidRPr="004A191C">
        <w:rPr>
          <w:sz w:val="24"/>
          <w:szCs w:val="24"/>
          <w:lang w:val="it-IT"/>
        </w:rPr>
        <w:t>Il/La sottoscritto/a dichiara di aver preso visione dell’informativa sul trattamento dei dati personali resa dall’Istituzione scolastica ai sensi del Regolamento (UE) 2016/679 e della normativa nazionale vigente e autorizza, nei limiti previsti dalla normativa applicabile, il trattamento dei dati forniti ai fini della gestione della presente procedura e degli eventuali adempimenti conseguenti.</w:t>
      </w:r>
    </w:p>
    <w:p w14:paraId="662890DC" w14:textId="563549D7" w:rsidR="004A191C" w:rsidRPr="004A191C" w:rsidRDefault="004A191C" w:rsidP="004A191C">
      <w:pPr>
        <w:adjustRightInd w:val="0"/>
        <w:spacing w:after="0" w:line="276" w:lineRule="auto"/>
        <w:jc w:val="both"/>
        <w:rPr>
          <w:sz w:val="24"/>
          <w:szCs w:val="24"/>
          <w:lang w:val="it-IT"/>
        </w:rPr>
      </w:pPr>
    </w:p>
    <w:p w14:paraId="2AEB1B67" w14:textId="368708BF" w:rsidR="00CE49B7" w:rsidRDefault="00CE49B7" w:rsidP="004A191C">
      <w:pPr>
        <w:adjustRightInd w:val="0"/>
        <w:spacing w:after="0" w:line="276" w:lineRule="auto"/>
        <w:jc w:val="both"/>
        <w:rPr>
          <w:sz w:val="24"/>
          <w:szCs w:val="24"/>
          <w:lang w:val="it-IT"/>
        </w:rPr>
      </w:pPr>
      <w:r>
        <w:rPr>
          <w:sz w:val="24"/>
          <w:szCs w:val="24"/>
          <w:lang w:val="it-IT"/>
        </w:rPr>
        <w:t>Data ______________________________________</w:t>
      </w:r>
    </w:p>
    <w:p w14:paraId="17971BF0" w14:textId="77777777" w:rsidR="00CE49B7" w:rsidRDefault="00CE49B7" w:rsidP="004A191C">
      <w:pPr>
        <w:adjustRightInd w:val="0"/>
        <w:spacing w:after="0" w:line="276" w:lineRule="auto"/>
        <w:jc w:val="both"/>
        <w:rPr>
          <w:b/>
          <w:bCs/>
          <w:sz w:val="24"/>
          <w:szCs w:val="24"/>
          <w:lang w:val="it-IT"/>
        </w:rPr>
      </w:pPr>
    </w:p>
    <w:p w14:paraId="61FAD09F" w14:textId="50F0EDC4" w:rsidR="004A191C" w:rsidRPr="004A191C" w:rsidRDefault="004A191C" w:rsidP="004A191C">
      <w:pPr>
        <w:adjustRightInd w:val="0"/>
        <w:spacing w:after="0" w:line="276" w:lineRule="auto"/>
        <w:jc w:val="both"/>
        <w:rPr>
          <w:sz w:val="24"/>
          <w:szCs w:val="24"/>
          <w:lang w:val="it-IT"/>
        </w:rPr>
      </w:pPr>
      <w:r w:rsidRPr="004A191C">
        <w:rPr>
          <w:b/>
          <w:bCs/>
          <w:sz w:val="24"/>
          <w:szCs w:val="24"/>
          <w:lang w:val="it-IT"/>
        </w:rPr>
        <w:t>Firma</w:t>
      </w:r>
      <w:r w:rsidR="00CE49B7">
        <w:rPr>
          <w:b/>
          <w:bCs/>
          <w:sz w:val="24"/>
          <w:szCs w:val="24"/>
          <w:lang w:val="it-IT"/>
        </w:rPr>
        <w:t xml:space="preserve"> </w:t>
      </w:r>
      <w:r w:rsidR="00CE49B7">
        <w:rPr>
          <w:sz w:val="24"/>
          <w:szCs w:val="24"/>
          <w:lang w:val="it-IT"/>
        </w:rPr>
        <w:t>___________________________________________</w:t>
      </w:r>
    </w:p>
    <w:p w14:paraId="20DDE013" w14:textId="77777777" w:rsidR="004A191C" w:rsidRPr="003074E6" w:rsidRDefault="004A191C" w:rsidP="00164973">
      <w:pPr>
        <w:adjustRightInd w:val="0"/>
        <w:spacing w:after="0" w:line="276" w:lineRule="auto"/>
        <w:jc w:val="both"/>
        <w:rPr>
          <w:sz w:val="24"/>
          <w:szCs w:val="24"/>
        </w:rPr>
      </w:pPr>
    </w:p>
    <w:p w14:paraId="733618FF" w14:textId="77777777" w:rsidR="00164973" w:rsidRPr="00164973" w:rsidRDefault="00164973" w:rsidP="00164973">
      <w:pPr>
        <w:adjustRightInd w:val="0"/>
        <w:spacing w:after="0" w:line="276" w:lineRule="auto"/>
        <w:jc w:val="both"/>
        <w:rPr>
          <w:sz w:val="24"/>
          <w:szCs w:val="24"/>
          <w:lang w:val="it-IT"/>
        </w:rPr>
      </w:pPr>
    </w:p>
    <w:p w14:paraId="78C16390" w14:textId="77777777" w:rsidR="00164973" w:rsidRDefault="00164973" w:rsidP="004D0121">
      <w:pPr>
        <w:adjustRightInd w:val="0"/>
        <w:spacing w:after="0" w:line="276" w:lineRule="auto"/>
        <w:ind w:left="4320" w:firstLine="720"/>
        <w:rPr>
          <w:sz w:val="16"/>
          <w:szCs w:val="16"/>
        </w:rPr>
      </w:pPr>
    </w:p>
    <w:p w14:paraId="0C9BAD02" w14:textId="77777777" w:rsidR="00164973" w:rsidRDefault="00164973" w:rsidP="004D0121">
      <w:pPr>
        <w:adjustRightInd w:val="0"/>
        <w:spacing w:after="0" w:line="276" w:lineRule="auto"/>
        <w:ind w:left="4320" w:firstLine="720"/>
        <w:rPr>
          <w:sz w:val="16"/>
          <w:szCs w:val="16"/>
        </w:rPr>
      </w:pPr>
    </w:p>
    <w:p w14:paraId="48116B69" w14:textId="77777777" w:rsidR="00164973" w:rsidRDefault="00164973" w:rsidP="00164973">
      <w:pPr>
        <w:adjustRightInd w:val="0"/>
        <w:spacing w:after="0" w:line="276" w:lineRule="auto"/>
        <w:jc w:val="both"/>
        <w:rPr>
          <w:sz w:val="24"/>
          <w:szCs w:val="24"/>
          <w:lang w:val="it-IT"/>
        </w:rPr>
      </w:pPr>
    </w:p>
    <w:p w14:paraId="5183E4C4" w14:textId="77777777" w:rsidR="008D3B1B" w:rsidRDefault="008D3B1B" w:rsidP="00164973">
      <w:pPr>
        <w:adjustRightInd w:val="0"/>
        <w:spacing w:after="0" w:line="276" w:lineRule="auto"/>
        <w:jc w:val="both"/>
        <w:rPr>
          <w:sz w:val="24"/>
          <w:szCs w:val="24"/>
          <w:lang w:val="it-IT"/>
        </w:rPr>
      </w:pPr>
    </w:p>
    <w:p w14:paraId="3C974FD2" w14:textId="77777777" w:rsidR="008D3B1B" w:rsidRDefault="008D3B1B" w:rsidP="00164973">
      <w:pPr>
        <w:adjustRightInd w:val="0"/>
        <w:spacing w:after="0" w:line="276" w:lineRule="auto"/>
        <w:jc w:val="both"/>
        <w:rPr>
          <w:sz w:val="24"/>
          <w:szCs w:val="24"/>
          <w:lang w:val="it-IT"/>
        </w:rPr>
      </w:pPr>
    </w:p>
    <w:p w14:paraId="45C2A851" w14:textId="77777777" w:rsidR="008D3B1B" w:rsidRDefault="008D3B1B" w:rsidP="00164973">
      <w:pPr>
        <w:adjustRightInd w:val="0"/>
        <w:spacing w:after="0" w:line="276" w:lineRule="auto"/>
        <w:jc w:val="both"/>
        <w:rPr>
          <w:sz w:val="24"/>
          <w:szCs w:val="24"/>
          <w:lang w:val="it-IT"/>
        </w:rPr>
      </w:pPr>
    </w:p>
    <w:p w14:paraId="7E687E6C" w14:textId="77777777" w:rsidR="008D3B1B" w:rsidRDefault="008D3B1B" w:rsidP="00164973">
      <w:pPr>
        <w:adjustRightInd w:val="0"/>
        <w:spacing w:after="0" w:line="276" w:lineRule="auto"/>
        <w:jc w:val="both"/>
        <w:rPr>
          <w:sz w:val="24"/>
          <w:szCs w:val="24"/>
          <w:lang w:val="it-IT"/>
        </w:rPr>
      </w:pPr>
    </w:p>
    <w:p w14:paraId="2E6136DA" w14:textId="77777777" w:rsidR="008D3B1B" w:rsidRDefault="008D3B1B" w:rsidP="00164973">
      <w:pPr>
        <w:adjustRightInd w:val="0"/>
        <w:spacing w:after="0" w:line="276" w:lineRule="auto"/>
        <w:jc w:val="both"/>
        <w:rPr>
          <w:sz w:val="24"/>
          <w:szCs w:val="24"/>
          <w:lang w:val="it-IT"/>
        </w:rPr>
      </w:pPr>
    </w:p>
    <w:p w14:paraId="353385B1" w14:textId="77777777" w:rsidR="008D3B1B" w:rsidRDefault="008D3B1B" w:rsidP="00164973">
      <w:pPr>
        <w:adjustRightInd w:val="0"/>
        <w:spacing w:after="0" w:line="276" w:lineRule="auto"/>
        <w:jc w:val="both"/>
        <w:rPr>
          <w:sz w:val="24"/>
          <w:szCs w:val="24"/>
          <w:lang w:val="it-IT"/>
        </w:rPr>
      </w:pPr>
    </w:p>
    <w:p w14:paraId="5ADCDCE5" w14:textId="77777777" w:rsidR="008D3B1B" w:rsidRDefault="008D3B1B" w:rsidP="00164973">
      <w:pPr>
        <w:adjustRightInd w:val="0"/>
        <w:spacing w:after="0" w:line="276" w:lineRule="auto"/>
        <w:jc w:val="both"/>
        <w:rPr>
          <w:sz w:val="24"/>
          <w:szCs w:val="24"/>
          <w:lang w:val="it-IT"/>
        </w:rPr>
      </w:pPr>
    </w:p>
    <w:p w14:paraId="07196C0E" w14:textId="77777777" w:rsidR="008D3B1B" w:rsidRDefault="008D3B1B" w:rsidP="00164973">
      <w:pPr>
        <w:adjustRightInd w:val="0"/>
        <w:spacing w:after="0" w:line="276" w:lineRule="auto"/>
        <w:jc w:val="both"/>
        <w:rPr>
          <w:sz w:val="24"/>
          <w:szCs w:val="24"/>
          <w:lang w:val="it-IT"/>
        </w:rPr>
      </w:pPr>
    </w:p>
    <w:p w14:paraId="0C263D61" w14:textId="77777777" w:rsidR="008D3B1B" w:rsidRDefault="008D3B1B" w:rsidP="00164973">
      <w:pPr>
        <w:adjustRightInd w:val="0"/>
        <w:spacing w:after="0" w:line="276" w:lineRule="auto"/>
        <w:jc w:val="both"/>
        <w:rPr>
          <w:sz w:val="24"/>
          <w:szCs w:val="24"/>
          <w:lang w:val="it-IT"/>
        </w:rPr>
      </w:pPr>
    </w:p>
    <w:p w14:paraId="45B67E27" w14:textId="77777777" w:rsidR="008D3B1B" w:rsidRDefault="008D3B1B" w:rsidP="00164973">
      <w:pPr>
        <w:adjustRightInd w:val="0"/>
        <w:spacing w:after="0" w:line="276" w:lineRule="auto"/>
        <w:jc w:val="both"/>
        <w:rPr>
          <w:sz w:val="24"/>
          <w:szCs w:val="24"/>
          <w:lang w:val="it-IT"/>
        </w:rPr>
      </w:pPr>
    </w:p>
    <w:p w14:paraId="3327D8A8" w14:textId="77777777" w:rsidR="008D3B1B" w:rsidRDefault="008D3B1B" w:rsidP="00164973">
      <w:pPr>
        <w:adjustRightInd w:val="0"/>
        <w:spacing w:after="0" w:line="276" w:lineRule="auto"/>
        <w:jc w:val="both"/>
        <w:rPr>
          <w:sz w:val="24"/>
          <w:szCs w:val="24"/>
          <w:lang w:val="it-IT"/>
        </w:rPr>
      </w:pPr>
    </w:p>
    <w:p w14:paraId="55813246" w14:textId="77777777" w:rsidR="008D3B1B" w:rsidRDefault="008D3B1B" w:rsidP="00164973">
      <w:pPr>
        <w:adjustRightInd w:val="0"/>
        <w:spacing w:after="0" w:line="276" w:lineRule="auto"/>
        <w:jc w:val="both"/>
        <w:rPr>
          <w:sz w:val="24"/>
          <w:szCs w:val="24"/>
          <w:lang w:val="it-IT"/>
        </w:rPr>
      </w:pPr>
    </w:p>
    <w:p w14:paraId="3ED2A357" w14:textId="77777777" w:rsidR="008D3B1B" w:rsidRDefault="008D3B1B" w:rsidP="00164973">
      <w:pPr>
        <w:adjustRightInd w:val="0"/>
        <w:spacing w:after="0" w:line="276" w:lineRule="auto"/>
        <w:jc w:val="both"/>
        <w:rPr>
          <w:sz w:val="24"/>
          <w:szCs w:val="24"/>
          <w:lang w:val="it-IT"/>
        </w:rPr>
      </w:pPr>
    </w:p>
    <w:p w14:paraId="3A91FFE2" w14:textId="77777777" w:rsidR="008D3B1B" w:rsidRDefault="008D3B1B" w:rsidP="00164973">
      <w:pPr>
        <w:adjustRightInd w:val="0"/>
        <w:spacing w:after="0" w:line="276" w:lineRule="auto"/>
        <w:jc w:val="both"/>
        <w:rPr>
          <w:sz w:val="24"/>
          <w:szCs w:val="24"/>
          <w:lang w:val="it-IT"/>
        </w:rPr>
      </w:pPr>
    </w:p>
    <w:p w14:paraId="7273D2FE" w14:textId="77777777" w:rsidR="008D3B1B" w:rsidRDefault="008D3B1B" w:rsidP="00164973">
      <w:pPr>
        <w:adjustRightInd w:val="0"/>
        <w:spacing w:after="0" w:line="276" w:lineRule="auto"/>
        <w:jc w:val="both"/>
        <w:rPr>
          <w:sz w:val="24"/>
          <w:szCs w:val="24"/>
          <w:lang w:val="it-IT"/>
        </w:rPr>
      </w:pPr>
    </w:p>
    <w:p w14:paraId="672751E9" w14:textId="77777777" w:rsidR="006F2CC8" w:rsidRDefault="006F2CC8" w:rsidP="008D3B1B">
      <w:pPr>
        <w:adjustRightInd w:val="0"/>
        <w:spacing w:after="0" w:line="276" w:lineRule="auto"/>
        <w:jc w:val="center"/>
        <w:rPr>
          <w:b/>
          <w:bCs/>
          <w:sz w:val="24"/>
          <w:szCs w:val="24"/>
          <w:lang w:val="it-IT"/>
        </w:rPr>
      </w:pPr>
    </w:p>
    <w:p w14:paraId="444370B3" w14:textId="77788F88" w:rsidR="008D3B1B" w:rsidRDefault="008D3B1B" w:rsidP="008D3B1B">
      <w:pPr>
        <w:adjustRightInd w:val="0"/>
        <w:spacing w:after="0" w:line="276" w:lineRule="auto"/>
        <w:jc w:val="center"/>
        <w:rPr>
          <w:b/>
          <w:bCs/>
          <w:sz w:val="24"/>
          <w:szCs w:val="24"/>
          <w:lang w:val="it-IT"/>
        </w:rPr>
      </w:pPr>
      <w:r w:rsidRPr="008D3B1B">
        <w:rPr>
          <w:b/>
          <w:bCs/>
          <w:sz w:val="24"/>
          <w:szCs w:val="24"/>
          <w:lang w:val="it-IT"/>
        </w:rPr>
        <w:t>ALLEGATO B-E</w:t>
      </w:r>
      <w:r>
        <w:rPr>
          <w:b/>
          <w:bCs/>
          <w:sz w:val="24"/>
          <w:szCs w:val="24"/>
          <w:lang w:val="it-IT"/>
        </w:rPr>
        <w:t xml:space="preserve"> - </w:t>
      </w:r>
      <w:r w:rsidRPr="008D3B1B">
        <w:rPr>
          <w:b/>
          <w:bCs/>
          <w:sz w:val="24"/>
          <w:szCs w:val="24"/>
          <w:lang w:val="it-IT"/>
        </w:rPr>
        <w:t>SCHEDA DI AUTOVALUTAZIONE – PROFILO ESPERTO</w:t>
      </w:r>
    </w:p>
    <w:p w14:paraId="44D21159" w14:textId="77777777" w:rsidR="008D3B1B" w:rsidRPr="008D3B1B" w:rsidRDefault="008D3B1B" w:rsidP="008D3B1B">
      <w:pPr>
        <w:adjustRightInd w:val="0"/>
        <w:spacing w:after="0" w:line="276" w:lineRule="auto"/>
        <w:jc w:val="center"/>
        <w:rPr>
          <w:b/>
          <w:bCs/>
          <w:sz w:val="24"/>
          <w:szCs w:val="24"/>
          <w:lang w:val="it-IT"/>
        </w:rPr>
      </w:pPr>
    </w:p>
    <w:p w14:paraId="5DB67B67" w14:textId="383EE118"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Programma Nazionale “Scuola e competenze” 2021-2027</w:t>
      </w:r>
      <w:r w:rsidRPr="008D3B1B">
        <w:rPr>
          <w:b/>
          <w:bCs/>
          <w:sz w:val="24"/>
          <w:szCs w:val="24"/>
          <w:lang w:val="it-IT"/>
        </w:rPr>
        <w:t xml:space="preserve">, </w:t>
      </w:r>
      <w:r w:rsidRPr="008D3B1B">
        <w:rPr>
          <w:b/>
          <w:bCs/>
          <w:sz w:val="24"/>
          <w:szCs w:val="24"/>
          <w:lang w:val="it-IT"/>
        </w:rPr>
        <w:t>Avviso pubblico prot. n. AOOGABMI 81652 del 23/05/2025</w:t>
      </w:r>
      <w:r w:rsidRPr="008D3B1B">
        <w:rPr>
          <w:b/>
          <w:bCs/>
          <w:sz w:val="24"/>
          <w:szCs w:val="24"/>
          <w:lang w:val="it-IT"/>
        </w:rPr>
        <w:t xml:space="preserve">, </w:t>
      </w:r>
      <w:r w:rsidRPr="008D3B1B">
        <w:rPr>
          <w:b/>
          <w:bCs/>
          <w:sz w:val="24"/>
          <w:szCs w:val="24"/>
          <w:lang w:val="it-IT"/>
        </w:rPr>
        <w:t>Progetto: “Scuola per Tutti”</w:t>
      </w:r>
      <w:r w:rsidRPr="008D3B1B">
        <w:rPr>
          <w:b/>
          <w:bCs/>
          <w:sz w:val="24"/>
          <w:szCs w:val="24"/>
          <w:lang w:val="it-IT"/>
        </w:rPr>
        <w:t xml:space="preserve">, </w:t>
      </w:r>
      <w:r w:rsidRPr="008D3B1B">
        <w:rPr>
          <w:b/>
          <w:bCs/>
          <w:sz w:val="24"/>
          <w:szCs w:val="24"/>
          <w:lang w:val="it-IT"/>
        </w:rPr>
        <w:t>Codice progetto: ESO4.</w:t>
      </w:r>
      <w:proofErr w:type="gramStart"/>
      <w:r w:rsidRPr="008D3B1B">
        <w:rPr>
          <w:b/>
          <w:bCs/>
          <w:sz w:val="24"/>
          <w:szCs w:val="24"/>
          <w:lang w:val="it-IT"/>
        </w:rPr>
        <w:t>6.A4.A</w:t>
      </w:r>
      <w:proofErr w:type="gramEnd"/>
      <w:r w:rsidRPr="008D3B1B">
        <w:rPr>
          <w:b/>
          <w:bCs/>
          <w:sz w:val="24"/>
          <w:szCs w:val="24"/>
          <w:lang w:val="it-IT"/>
        </w:rPr>
        <w:t>-FSEPN-LA-2025-594</w:t>
      </w:r>
      <w:r w:rsidRPr="008D3B1B">
        <w:rPr>
          <w:b/>
          <w:bCs/>
          <w:sz w:val="24"/>
          <w:szCs w:val="24"/>
          <w:lang w:val="it-IT"/>
        </w:rPr>
        <w:t xml:space="preserve">, </w:t>
      </w:r>
      <w:r w:rsidRPr="008D3B1B">
        <w:rPr>
          <w:b/>
          <w:bCs/>
          <w:sz w:val="24"/>
          <w:szCs w:val="24"/>
          <w:lang w:val="it-IT"/>
        </w:rPr>
        <w:t>CUP: G44D25002960007</w:t>
      </w:r>
      <w:r w:rsidRPr="008D3B1B">
        <w:rPr>
          <w:b/>
          <w:bCs/>
          <w:sz w:val="24"/>
          <w:szCs w:val="24"/>
          <w:lang w:val="it-IT"/>
        </w:rPr>
        <w:t xml:space="preserve">, </w:t>
      </w:r>
      <w:r w:rsidRPr="008D3B1B">
        <w:rPr>
          <w:b/>
          <w:bCs/>
          <w:sz w:val="24"/>
          <w:szCs w:val="24"/>
          <w:lang w:val="it-IT"/>
        </w:rPr>
        <w:t>Modulo n. 149935:</w:t>
      </w:r>
      <w:r w:rsidRPr="008D3B1B">
        <w:rPr>
          <w:b/>
          <w:bCs/>
          <w:sz w:val="24"/>
          <w:szCs w:val="24"/>
          <w:lang w:val="it-IT"/>
        </w:rPr>
        <w:t xml:space="preserve"> </w:t>
      </w:r>
      <w:r w:rsidRPr="008D3B1B">
        <w:rPr>
          <w:b/>
          <w:bCs/>
          <w:sz w:val="24"/>
          <w:szCs w:val="24"/>
          <w:lang w:val="it-IT"/>
        </w:rPr>
        <w:t>“Giochi in Movimento: Crescere con il Corpo e con il Cuore”</w:t>
      </w:r>
    </w:p>
    <w:p w14:paraId="24F3F581" w14:textId="77777777" w:rsidR="008D3B1B" w:rsidRPr="008D3B1B" w:rsidRDefault="008D3B1B" w:rsidP="008D3B1B">
      <w:pPr>
        <w:adjustRightInd w:val="0"/>
        <w:spacing w:after="0" w:line="276" w:lineRule="auto"/>
        <w:jc w:val="both"/>
        <w:rPr>
          <w:sz w:val="24"/>
          <w:szCs w:val="24"/>
          <w:lang w:val="it-IT"/>
        </w:rPr>
      </w:pPr>
    </w:p>
    <w:p w14:paraId="3CA8F57C"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 xml:space="preserve">Scheda di autovalutazione relativa all’Avviso interno prot. n. </w:t>
      </w:r>
      <w:r w:rsidRPr="008D3B1B">
        <w:rPr>
          <w:b/>
          <w:bCs/>
          <w:sz w:val="24"/>
          <w:szCs w:val="24"/>
          <w:lang w:val="it-IT"/>
        </w:rPr>
        <w:t>0003362/U del 18/09/2026</w:t>
      </w:r>
      <w:r w:rsidRPr="008D3B1B">
        <w:rPr>
          <w:sz w:val="24"/>
          <w:szCs w:val="24"/>
          <w:lang w:val="it-IT"/>
        </w:rPr>
        <w:t>, come rettificato con successivo provvedimento.</w:t>
      </w:r>
    </w:p>
    <w:p w14:paraId="38DE726F" w14:textId="5F4E34E0" w:rsidR="008D3B1B" w:rsidRPr="008D3B1B" w:rsidRDefault="008D3B1B" w:rsidP="008D3B1B">
      <w:pPr>
        <w:adjustRightInd w:val="0"/>
        <w:spacing w:after="0" w:line="276" w:lineRule="auto"/>
        <w:jc w:val="both"/>
        <w:rPr>
          <w:sz w:val="24"/>
          <w:szCs w:val="24"/>
          <w:lang w:val="it-IT"/>
        </w:rPr>
      </w:pPr>
    </w:p>
    <w:p w14:paraId="43CC0D63" w14:textId="1E552EC6" w:rsidR="008D3B1B" w:rsidRDefault="008D3B1B" w:rsidP="008D3B1B">
      <w:pPr>
        <w:adjustRightInd w:val="0"/>
        <w:spacing w:after="0" w:line="276" w:lineRule="auto"/>
        <w:jc w:val="both"/>
        <w:rPr>
          <w:sz w:val="24"/>
          <w:szCs w:val="24"/>
          <w:lang w:val="it-IT"/>
        </w:rPr>
      </w:pPr>
      <w:r w:rsidRPr="008D3B1B">
        <w:rPr>
          <w:sz w:val="24"/>
          <w:szCs w:val="24"/>
          <w:lang w:val="it-IT"/>
        </w:rPr>
        <w:t>Il/La sottoscritto/</w:t>
      </w:r>
      <w:proofErr w:type="gramStart"/>
      <w:r w:rsidRPr="008D3B1B">
        <w:rPr>
          <w:sz w:val="24"/>
          <w:szCs w:val="24"/>
          <w:lang w:val="it-IT"/>
        </w:rPr>
        <w:t>a</w:t>
      </w:r>
      <w:r>
        <w:rPr>
          <w:sz w:val="24"/>
          <w:szCs w:val="24"/>
          <w:lang w:val="it-IT"/>
        </w:rPr>
        <w:t xml:space="preserve"> </w:t>
      </w:r>
      <w:r w:rsidRPr="008D3B1B">
        <w:rPr>
          <w:sz w:val="24"/>
          <w:szCs w:val="24"/>
          <w:lang w:val="it-IT"/>
        </w:rPr>
        <w:t xml:space="preserve"> _</w:t>
      </w:r>
      <w:proofErr w:type="gramEnd"/>
      <w:r w:rsidRPr="008D3B1B">
        <w:rPr>
          <w:sz w:val="24"/>
          <w:szCs w:val="24"/>
          <w:lang w:val="it-IT"/>
        </w:rPr>
        <w:t>_____________________________________________________</w:t>
      </w:r>
    </w:p>
    <w:p w14:paraId="49274BD1" w14:textId="77777777" w:rsidR="008D3B1B" w:rsidRPr="008D3B1B" w:rsidRDefault="008D3B1B" w:rsidP="008D3B1B">
      <w:pPr>
        <w:adjustRightInd w:val="0"/>
        <w:spacing w:after="0" w:line="276" w:lineRule="auto"/>
        <w:jc w:val="both"/>
        <w:rPr>
          <w:sz w:val="24"/>
          <w:szCs w:val="24"/>
          <w:lang w:val="it-IT"/>
        </w:rPr>
      </w:pPr>
    </w:p>
    <w:p w14:paraId="242E9692" w14:textId="6E8EC15B" w:rsidR="008D3B1B" w:rsidRPr="008D3B1B" w:rsidRDefault="008D3B1B" w:rsidP="008D3B1B">
      <w:pPr>
        <w:adjustRightInd w:val="0"/>
        <w:spacing w:after="0" w:line="276" w:lineRule="auto"/>
        <w:jc w:val="both"/>
        <w:rPr>
          <w:sz w:val="24"/>
          <w:szCs w:val="24"/>
          <w:lang w:val="it-IT"/>
        </w:rPr>
      </w:pPr>
      <w:r w:rsidRPr="008D3B1B">
        <w:rPr>
          <w:sz w:val="24"/>
          <w:szCs w:val="24"/>
          <w:lang w:val="it-IT"/>
        </w:rPr>
        <w:t xml:space="preserve">candidato/a per il profilo di </w:t>
      </w:r>
      <w:r w:rsidRPr="008D3B1B">
        <w:rPr>
          <w:b/>
          <w:bCs/>
          <w:sz w:val="24"/>
          <w:szCs w:val="24"/>
          <w:lang w:val="it-IT"/>
        </w:rPr>
        <w:t>ESPERTO</w:t>
      </w:r>
      <w:r w:rsidRPr="008D3B1B">
        <w:rPr>
          <w:sz w:val="24"/>
          <w:szCs w:val="24"/>
          <w:lang w:val="it-IT"/>
        </w:rPr>
        <w:t>,</w:t>
      </w:r>
      <w:r>
        <w:rPr>
          <w:sz w:val="24"/>
          <w:szCs w:val="24"/>
          <w:lang w:val="it-IT"/>
        </w:rPr>
        <w:t xml:space="preserve"> </w:t>
      </w:r>
      <w:r w:rsidRPr="008D3B1B">
        <w:rPr>
          <w:sz w:val="24"/>
          <w:szCs w:val="24"/>
          <w:lang w:val="it-IT"/>
        </w:rPr>
        <w:t>consapevole che il possesso del requisito specifico di ammissione al profilo di Esperto è dichiarato nell’Allegato A e che il titolo/abilitazione ovvero l’annualità utilizzata quale requisito di ammissione non determinano, in quanto tali, autonoma attribuzione di punteggio,</w:t>
      </w:r>
    </w:p>
    <w:p w14:paraId="19A55ACC" w14:textId="77777777" w:rsidR="008D3B1B" w:rsidRDefault="008D3B1B" w:rsidP="008D3B1B">
      <w:pPr>
        <w:adjustRightInd w:val="0"/>
        <w:spacing w:after="0" w:line="276" w:lineRule="auto"/>
        <w:jc w:val="both"/>
        <w:rPr>
          <w:b/>
          <w:bCs/>
          <w:sz w:val="24"/>
          <w:szCs w:val="24"/>
          <w:lang w:val="it-IT"/>
        </w:rPr>
      </w:pPr>
    </w:p>
    <w:p w14:paraId="2A5320FA" w14:textId="759CC102" w:rsidR="008D3B1B" w:rsidRPr="008D3B1B" w:rsidRDefault="008D3B1B" w:rsidP="008D3B1B">
      <w:pPr>
        <w:adjustRightInd w:val="0"/>
        <w:spacing w:after="0" w:line="276" w:lineRule="auto"/>
        <w:jc w:val="center"/>
        <w:rPr>
          <w:b/>
          <w:bCs/>
          <w:sz w:val="24"/>
          <w:szCs w:val="24"/>
          <w:lang w:val="it-IT"/>
        </w:rPr>
      </w:pPr>
      <w:r w:rsidRPr="008D3B1B">
        <w:rPr>
          <w:b/>
          <w:bCs/>
          <w:sz w:val="24"/>
          <w:szCs w:val="24"/>
          <w:lang w:val="it-IT"/>
        </w:rPr>
        <w:t>DICHIARA</w:t>
      </w:r>
    </w:p>
    <w:p w14:paraId="42EEC0B3" w14:textId="77777777" w:rsidR="008D3B1B" w:rsidRDefault="008D3B1B" w:rsidP="008D3B1B">
      <w:pPr>
        <w:adjustRightInd w:val="0"/>
        <w:spacing w:after="0" w:line="276" w:lineRule="auto"/>
        <w:jc w:val="both"/>
        <w:rPr>
          <w:sz w:val="24"/>
          <w:szCs w:val="24"/>
          <w:lang w:val="it-IT"/>
        </w:rPr>
      </w:pPr>
    </w:p>
    <w:p w14:paraId="5224EAAA" w14:textId="7798FB54" w:rsidR="008D3B1B" w:rsidRDefault="008D3B1B" w:rsidP="008D3B1B">
      <w:pPr>
        <w:adjustRightInd w:val="0"/>
        <w:spacing w:after="0" w:line="276" w:lineRule="auto"/>
        <w:jc w:val="both"/>
        <w:rPr>
          <w:sz w:val="24"/>
          <w:szCs w:val="24"/>
          <w:lang w:val="it-IT"/>
        </w:rPr>
      </w:pPr>
      <w:r w:rsidRPr="008D3B1B">
        <w:rPr>
          <w:sz w:val="24"/>
          <w:szCs w:val="24"/>
          <w:lang w:val="it-IT"/>
        </w:rPr>
        <w:t>ai fini dell’attribuzione del punteggio previsto dall’art. 8 dell’Avviso, come rettificato, di possedere i seguenti titoli, servizi, incarichi ed esperienze.</w:t>
      </w:r>
    </w:p>
    <w:p w14:paraId="6B20EBAA" w14:textId="77777777" w:rsidR="008D3B1B" w:rsidRPr="008D3B1B" w:rsidRDefault="008D3B1B" w:rsidP="008D3B1B">
      <w:pPr>
        <w:adjustRightInd w:val="0"/>
        <w:spacing w:after="0" w:line="276" w:lineRule="auto"/>
        <w:jc w:val="both"/>
        <w:rPr>
          <w:sz w:val="24"/>
          <w:szCs w:val="24"/>
          <w:lang w:val="it-IT"/>
        </w:rPr>
      </w:pPr>
    </w:p>
    <w:p w14:paraId="6D4B5F69"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A – ULTERIORI ESPERIENZE SPECIFICHE DI INSEGNAMENTO DELL’EDUCAZIONE FISICA/MOTORIA NELLA SCUOLA PRIMARIA</w:t>
      </w:r>
    </w:p>
    <w:p w14:paraId="6DB86444" w14:textId="77777777" w:rsidR="008D3B1B" w:rsidRPr="008D3B1B" w:rsidRDefault="008D3B1B" w:rsidP="008D3B1B">
      <w:pPr>
        <w:adjustRightInd w:val="0"/>
        <w:spacing w:after="0" w:line="276" w:lineRule="auto"/>
        <w:jc w:val="both"/>
        <w:rPr>
          <w:b/>
          <w:bCs/>
          <w:sz w:val="24"/>
          <w:szCs w:val="24"/>
          <w:lang w:val="it-IT"/>
        </w:rPr>
      </w:pPr>
    </w:p>
    <w:p w14:paraId="7F982F4F" w14:textId="77777777"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5 punti per ciascun anno scolastico – massimo 15 punti</w:t>
      </w:r>
    </w:p>
    <w:p w14:paraId="4639F6C2" w14:textId="77777777" w:rsidR="008D3B1B" w:rsidRDefault="008D3B1B" w:rsidP="008D3B1B">
      <w:pPr>
        <w:adjustRightInd w:val="0"/>
        <w:spacing w:after="0" w:line="276" w:lineRule="auto"/>
        <w:jc w:val="both"/>
        <w:rPr>
          <w:sz w:val="24"/>
          <w:szCs w:val="24"/>
          <w:lang w:val="it-IT"/>
        </w:rPr>
      </w:pPr>
    </w:p>
    <w:p w14:paraId="0C5BE6C2" w14:textId="55EB7D7D" w:rsidR="008D3B1B" w:rsidRDefault="008D3B1B" w:rsidP="008D3B1B">
      <w:pPr>
        <w:adjustRightInd w:val="0"/>
        <w:spacing w:after="0" w:line="276" w:lineRule="auto"/>
        <w:jc w:val="both"/>
        <w:rPr>
          <w:sz w:val="24"/>
          <w:szCs w:val="24"/>
          <w:lang w:val="it-IT"/>
        </w:rPr>
      </w:pPr>
      <w:r w:rsidRPr="008D3B1B">
        <w:rPr>
          <w:sz w:val="24"/>
          <w:szCs w:val="24"/>
          <w:lang w:val="it-IT"/>
        </w:rPr>
        <w:t>Sono valutabili le annualità ulteriori rispetto all’annualità eventualmente utilizzata quale requisito di ammissione ai sensi dell’art. 6, lett. b).</w:t>
      </w:r>
    </w:p>
    <w:p w14:paraId="2851100F" w14:textId="77777777" w:rsidR="008D3B1B" w:rsidRPr="008D3B1B" w:rsidRDefault="008D3B1B"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1503"/>
        <w:gridCol w:w="1701"/>
        <w:gridCol w:w="3669"/>
        <w:gridCol w:w="1214"/>
        <w:gridCol w:w="1540"/>
      </w:tblGrid>
      <w:tr w:rsidR="00972EF1" w:rsidRPr="008D3B1B" w14:paraId="57ADE79C" w14:textId="77777777" w:rsidTr="00972EF1">
        <w:trPr>
          <w:tblHeader/>
          <w:tblCellSpacing w:w="15" w:type="dxa"/>
        </w:trPr>
        <w:tc>
          <w:tcPr>
            <w:tcW w:w="0" w:type="auto"/>
            <w:vAlign w:val="center"/>
            <w:hideMark/>
          </w:tcPr>
          <w:p w14:paraId="3CB05A19"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1473" w:type="dxa"/>
            <w:vAlign w:val="center"/>
            <w:hideMark/>
          </w:tcPr>
          <w:p w14:paraId="547D3EB5"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Anno scolastico</w:t>
            </w:r>
          </w:p>
        </w:tc>
        <w:tc>
          <w:tcPr>
            <w:tcW w:w="1671" w:type="dxa"/>
            <w:vAlign w:val="center"/>
            <w:hideMark/>
          </w:tcPr>
          <w:p w14:paraId="63DB867C"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Istituzione scolastica</w:t>
            </w:r>
          </w:p>
        </w:tc>
        <w:tc>
          <w:tcPr>
            <w:tcW w:w="3639" w:type="dxa"/>
            <w:vAlign w:val="center"/>
            <w:hideMark/>
          </w:tcPr>
          <w:p w14:paraId="77C32FFD"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Elementi utili alla verifica</w:t>
            </w:r>
          </w:p>
        </w:tc>
        <w:tc>
          <w:tcPr>
            <w:tcW w:w="1184" w:type="dxa"/>
            <w:vAlign w:val="center"/>
            <w:hideMark/>
          </w:tcPr>
          <w:p w14:paraId="16150129"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0" w:type="auto"/>
            <w:vAlign w:val="center"/>
            <w:hideMark/>
          </w:tcPr>
          <w:p w14:paraId="3EDA4C4C"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972EF1" w:rsidRPr="008D3B1B" w14:paraId="31F2E567" w14:textId="77777777" w:rsidTr="00972EF1">
        <w:trPr>
          <w:tblCellSpacing w:w="15" w:type="dxa"/>
        </w:trPr>
        <w:tc>
          <w:tcPr>
            <w:tcW w:w="0" w:type="auto"/>
            <w:vAlign w:val="center"/>
            <w:hideMark/>
          </w:tcPr>
          <w:p w14:paraId="459B2A02"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1473" w:type="dxa"/>
            <w:vAlign w:val="center"/>
            <w:hideMark/>
          </w:tcPr>
          <w:p w14:paraId="6CA75C80" w14:textId="77777777" w:rsidR="008D3B1B" w:rsidRPr="008D3B1B" w:rsidRDefault="008D3B1B" w:rsidP="008D3B1B">
            <w:pPr>
              <w:adjustRightInd w:val="0"/>
              <w:spacing w:after="0" w:line="276" w:lineRule="auto"/>
              <w:jc w:val="both"/>
              <w:rPr>
                <w:sz w:val="24"/>
                <w:szCs w:val="24"/>
                <w:lang w:val="it-IT"/>
              </w:rPr>
            </w:pPr>
          </w:p>
        </w:tc>
        <w:tc>
          <w:tcPr>
            <w:tcW w:w="1671" w:type="dxa"/>
            <w:vAlign w:val="center"/>
            <w:hideMark/>
          </w:tcPr>
          <w:p w14:paraId="6B94892B" w14:textId="77777777" w:rsidR="008D3B1B" w:rsidRPr="008D3B1B" w:rsidRDefault="008D3B1B" w:rsidP="008D3B1B">
            <w:pPr>
              <w:adjustRightInd w:val="0"/>
              <w:spacing w:after="0" w:line="276" w:lineRule="auto"/>
              <w:jc w:val="both"/>
              <w:rPr>
                <w:sz w:val="24"/>
                <w:szCs w:val="24"/>
                <w:lang w:val="it-IT"/>
              </w:rPr>
            </w:pPr>
          </w:p>
        </w:tc>
        <w:tc>
          <w:tcPr>
            <w:tcW w:w="3639" w:type="dxa"/>
            <w:vAlign w:val="center"/>
            <w:hideMark/>
          </w:tcPr>
          <w:p w14:paraId="3C5F1B66" w14:textId="77777777" w:rsidR="008D3B1B" w:rsidRPr="008D3B1B" w:rsidRDefault="008D3B1B" w:rsidP="008D3B1B">
            <w:pPr>
              <w:adjustRightInd w:val="0"/>
              <w:spacing w:after="0" w:line="276" w:lineRule="auto"/>
              <w:jc w:val="both"/>
              <w:rPr>
                <w:sz w:val="24"/>
                <w:szCs w:val="24"/>
                <w:lang w:val="it-IT"/>
              </w:rPr>
            </w:pPr>
          </w:p>
        </w:tc>
        <w:tc>
          <w:tcPr>
            <w:tcW w:w="1184" w:type="dxa"/>
            <w:vAlign w:val="center"/>
            <w:hideMark/>
          </w:tcPr>
          <w:p w14:paraId="27AAFDBC"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65D4DB6E" w14:textId="77777777" w:rsidR="008D3B1B" w:rsidRPr="008D3B1B" w:rsidRDefault="008D3B1B" w:rsidP="008D3B1B">
            <w:pPr>
              <w:adjustRightInd w:val="0"/>
              <w:spacing w:after="0" w:line="276" w:lineRule="auto"/>
              <w:jc w:val="both"/>
              <w:rPr>
                <w:sz w:val="24"/>
                <w:szCs w:val="24"/>
                <w:lang w:val="it-IT"/>
              </w:rPr>
            </w:pPr>
          </w:p>
        </w:tc>
      </w:tr>
      <w:tr w:rsidR="00972EF1" w:rsidRPr="008D3B1B" w14:paraId="7B759C9B" w14:textId="77777777" w:rsidTr="00972EF1">
        <w:trPr>
          <w:tblCellSpacing w:w="15" w:type="dxa"/>
        </w:trPr>
        <w:tc>
          <w:tcPr>
            <w:tcW w:w="0" w:type="auto"/>
            <w:vAlign w:val="center"/>
            <w:hideMark/>
          </w:tcPr>
          <w:p w14:paraId="4E575D1C"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1473" w:type="dxa"/>
            <w:vAlign w:val="center"/>
            <w:hideMark/>
          </w:tcPr>
          <w:p w14:paraId="089BD9F6" w14:textId="77777777" w:rsidR="008D3B1B" w:rsidRPr="008D3B1B" w:rsidRDefault="008D3B1B" w:rsidP="008D3B1B">
            <w:pPr>
              <w:adjustRightInd w:val="0"/>
              <w:spacing w:after="0" w:line="276" w:lineRule="auto"/>
              <w:jc w:val="both"/>
              <w:rPr>
                <w:sz w:val="24"/>
                <w:szCs w:val="24"/>
                <w:lang w:val="it-IT"/>
              </w:rPr>
            </w:pPr>
          </w:p>
        </w:tc>
        <w:tc>
          <w:tcPr>
            <w:tcW w:w="1671" w:type="dxa"/>
            <w:vAlign w:val="center"/>
            <w:hideMark/>
          </w:tcPr>
          <w:p w14:paraId="5E055D3A" w14:textId="77777777" w:rsidR="008D3B1B" w:rsidRPr="008D3B1B" w:rsidRDefault="008D3B1B" w:rsidP="008D3B1B">
            <w:pPr>
              <w:adjustRightInd w:val="0"/>
              <w:spacing w:after="0" w:line="276" w:lineRule="auto"/>
              <w:jc w:val="both"/>
              <w:rPr>
                <w:sz w:val="24"/>
                <w:szCs w:val="24"/>
                <w:lang w:val="it-IT"/>
              </w:rPr>
            </w:pPr>
          </w:p>
        </w:tc>
        <w:tc>
          <w:tcPr>
            <w:tcW w:w="3639" w:type="dxa"/>
            <w:vAlign w:val="center"/>
            <w:hideMark/>
          </w:tcPr>
          <w:p w14:paraId="0ED65004" w14:textId="77777777" w:rsidR="008D3B1B" w:rsidRPr="008D3B1B" w:rsidRDefault="008D3B1B" w:rsidP="008D3B1B">
            <w:pPr>
              <w:adjustRightInd w:val="0"/>
              <w:spacing w:after="0" w:line="276" w:lineRule="auto"/>
              <w:jc w:val="both"/>
              <w:rPr>
                <w:sz w:val="24"/>
                <w:szCs w:val="24"/>
                <w:lang w:val="it-IT"/>
              </w:rPr>
            </w:pPr>
          </w:p>
        </w:tc>
        <w:tc>
          <w:tcPr>
            <w:tcW w:w="1184" w:type="dxa"/>
            <w:vAlign w:val="center"/>
            <w:hideMark/>
          </w:tcPr>
          <w:p w14:paraId="4EC86A0A"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998F17F" w14:textId="77777777" w:rsidR="008D3B1B" w:rsidRPr="008D3B1B" w:rsidRDefault="008D3B1B" w:rsidP="008D3B1B">
            <w:pPr>
              <w:adjustRightInd w:val="0"/>
              <w:spacing w:after="0" w:line="276" w:lineRule="auto"/>
              <w:jc w:val="both"/>
              <w:rPr>
                <w:sz w:val="24"/>
                <w:szCs w:val="24"/>
                <w:lang w:val="it-IT"/>
              </w:rPr>
            </w:pPr>
          </w:p>
        </w:tc>
      </w:tr>
      <w:tr w:rsidR="00972EF1" w:rsidRPr="008D3B1B" w14:paraId="1E1AAF66" w14:textId="77777777" w:rsidTr="00972EF1">
        <w:trPr>
          <w:tblCellSpacing w:w="15" w:type="dxa"/>
        </w:trPr>
        <w:tc>
          <w:tcPr>
            <w:tcW w:w="0" w:type="auto"/>
            <w:vAlign w:val="center"/>
            <w:hideMark/>
          </w:tcPr>
          <w:p w14:paraId="6A05CFBB"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3</w:t>
            </w:r>
          </w:p>
        </w:tc>
        <w:tc>
          <w:tcPr>
            <w:tcW w:w="1473" w:type="dxa"/>
            <w:vAlign w:val="center"/>
            <w:hideMark/>
          </w:tcPr>
          <w:p w14:paraId="7BFF28A6" w14:textId="77777777" w:rsidR="008D3B1B" w:rsidRPr="008D3B1B" w:rsidRDefault="008D3B1B" w:rsidP="008D3B1B">
            <w:pPr>
              <w:adjustRightInd w:val="0"/>
              <w:spacing w:after="0" w:line="276" w:lineRule="auto"/>
              <w:jc w:val="both"/>
              <w:rPr>
                <w:sz w:val="24"/>
                <w:szCs w:val="24"/>
                <w:lang w:val="it-IT"/>
              </w:rPr>
            </w:pPr>
          </w:p>
        </w:tc>
        <w:tc>
          <w:tcPr>
            <w:tcW w:w="1671" w:type="dxa"/>
            <w:vAlign w:val="center"/>
            <w:hideMark/>
          </w:tcPr>
          <w:p w14:paraId="06C761D8" w14:textId="77777777" w:rsidR="008D3B1B" w:rsidRPr="008D3B1B" w:rsidRDefault="008D3B1B" w:rsidP="008D3B1B">
            <w:pPr>
              <w:adjustRightInd w:val="0"/>
              <w:spacing w:after="0" w:line="276" w:lineRule="auto"/>
              <w:jc w:val="both"/>
              <w:rPr>
                <w:sz w:val="24"/>
                <w:szCs w:val="24"/>
                <w:lang w:val="it-IT"/>
              </w:rPr>
            </w:pPr>
          </w:p>
        </w:tc>
        <w:tc>
          <w:tcPr>
            <w:tcW w:w="3639" w:type="dxa"/>
            <w:vAlign w:val="center"/>
            <w:hideMark/>
          </w:tcPr>
          <w:p w14:paraId="2A01408F" w14:textId="77777777" w:rsidR="008D3B1B" w:rsidRPr="008D3B1B" w:rsidRDefault="008D3B1B" w:rsidP="008D3B1B">
            <w:pPr>
              <w:adjustRightInd w:val="0"/>
              <w:spacing w:after="0" w:line="276" w:lineRule="auto"/>
              <w:jc w:val="both"/>
              <w:rPr>
                <w:sz w:val="24"/>
                <w:szCs w:val="24"/>
                <w:lang w:val="it-IT"/>
              </w:rPr>
            </w:pPr>
          </w:p>
        </w:tc>
        <w:tc>
          <w:tcPr>
            <w:tcW w:w="1184" w:type="dxa"/>
            <w:vAlign w:val="center"/>
            <w:hideMark/>
          </w:tcPr>
          <w:p w14:paraId="0D16846B"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33E2C7E0" w14:textId="77777777" w:rsidR="008D3B1B" w:rsidRPr="008D3B1B" w:rsidRDefault="008D3B1B" w:rsidP="008D3B1B">
            <w:pPr>
              <w:adjustRightInd w:val="0"/>
              <w:spacing w:after="0" w:line="276" w:lineRule="auto"/>
              <w:jc w:val="both"/>
              <w:rPr>
                <w:sz w:val="24"/>
                <w:szCs w:val="24"/>
                <w:lang w:val="it-IT"/>
              </w:rPr>
            </w:pPr>
          </w:p>
        </w:tc>
      </w:tr>
    </w:tbl>
    <w:p w14:paraId="3F51339C" w14:textId="77777777" w:rsidR="008D3B1B" w:rsidRDefault="008D3B1B" w:rsidP="008D3B1B">
      <w:pPr>
        <w:adjustRightInd w:val="0"/>
        <w:spacing w:after="0" w:line="276" w:lineRule="auto"/>
        <w:jc w:val="both"/>
        <w:rPr>
          <w:b/>
          <w:bCs/>
          <w:sz w:val="24"/>
          <w:szCs w:val="24"/>
          <w:lang w:val="it-IT"/>
        </w:rPr>
      </w:pPr>
    </w:p>
    <w:p w14:paraId="00C7996D" w14:textId="1C24800D"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 categoria A:</w:t>
      </w:r>
      <w:r w:rsidRPr="008D3B1B">
        <w:rPr>
          <w:sz w:val="24"/>
          <w:szCs w:val="24"/>
          <w:lang w:val="it-IT"/>
        </w:rPr>
        <w:t xml:space="preserve"> ______ / 15</w:t>
      </w:r>
    </w:p>
    <w:p w14:paraId="04559503" w14:textId="48E1DE93" w:rsidR="008D3B1B" w:rsidRPr="008D3B1B" w:rsidRDefault="008D3B1B" w:rsidP="008D3B1B">
      <w:pPr>
        <w:adjustRightInd w:val="0"/>
        <w:spacing w:after="0" w:line="276" w:lineRule="auto"/>
        <w:jc w:val="both"/>
        <w:rPr>
          <w:sz w:val="24"/>
          <w:szCs w:val="24"/>
          <w:lang w:val="it-IT"/>
        </w:rPr>
      </w:pPr>
    </w:p>
    <w:p w14:paraId="62424039"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B – ESPERIENZE PROGETTUALI SPECIFICHE IN AMBITO MOTORIO</w:t>
      </w:r>
    </w:p>
    <w:p w14:paraId="10083C59" w14:textId="77777777" w:rsidR="008D3B1B" w:rsidRPr="008D3B1B" w:rsidRDefault="008D3B1B" w:rsidP="008D3B1B">
      <w:pPr>
        <w:adjustRightInd w:val="0"/>
        <w:spacing w:after="0" w:line="276" w:lineRule="auto"/>
        <w:jc w:val="both"/>
        <w:rPr>
          <w:b/>
          <w:bCs/>
          <w:sz w:val="24"/>
          <w:szCs w:val="24"/>
          <w:lang w:val="it-IT"/>
        </w:rPr>
      </w:pPr>
    </w:p>
    <w:p w14:paraId="22A6AF85"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lastRenderedPageBreak/>
        <w:t xml:space="preserve">Incarichi formali come </w:t>
      </w:r>
      <w:r w:rsidRPr="008D3B1B">
        <w:rPr>
          <w:b/>
          <w:bCs/>
          <w:sz w:val="24"/>
          <w:szCs w:val="24"/>
          <w:lang w:val="it-IT"/>
        </w:rPr>
        <w:t>Esperto, docente o formatore</w:t>
      </w:r>
      <w:r w:rsidRPr="008D3B1B">
        <w:rPr>
          <w:sz w:val="24"/>
          <w:szCs w:val="24"/>
          <w:lang w:val="it-IT"/>
        </w:rPr>
        <w:t xml:space="preserve"> in progetti/laboratori di educazione motoria, attività ludico-motorie, psicomotricità o attività sportive rivolte a minori.</w:t>
      </w:r>
    </w:p>
    <w:p w14:paraId="6FA84F9D"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5 punti per ciascun incarico – massimo 25 punti</w:t>
      </w:r>
    </w:p>
    <w:p w14:paraId="42499A63" w14:textId="77777777" w:rsidR="008D3B1B" w:rsidRPr="008D3B1B" w:rsidRDefault="008D3B1B"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3"/>
        <w:gridCol w:w="1898"/>
        <w:gridCol w:w="1846"/>
        <w:gridCol w:w="1739"/>
        <w:gridCol w:w="1886"/>
        <w:gridCol w:w="1209"/>
        <w:gridCol w:w="1051"/>
      </w:tblGrid>
      <w:tr w:rsidR="008D3B1B" w:rsidRPr="008D3B1B" w14:paraId="14DE7B97" w14:textId="77777777" w:rsidTr="00972EF1">
        <w:trPr>
          <w:tblHeader/>
          <w:tblCellSpacing w:w="15" w:type="dxa"/>
        </w:trPr>
        <w:tc>
          <w:tcPr>
            <w:tcW w:w="0" w:type="auto"/>
            <w:vAlign w:val="center"/>
            <w:hideMark/>
          </w:tcPr>
          <w:p w14:paraId="2703331F"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0" w:type="auto"/>
            <w:vAlign w:val="center"/>
            <w:hideMark/>
          </w:tcPr>
          <w:p w14:paraId="40CCF41E"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Progetto/attività</w:t>
            </w:r>
          </w:p>
        </w:tc>
        <w:tc>
          <w:tcPr>
            <w:tcW w:w="0" w:type="auto"/>
            <w:vAlign w:val="center"/>
            <w:hideMark/>
          </w:tcPr>
          <w:p w14:paraId="11BE0429"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Ente/Istituzione</w:t>
            </w:r>
          </w:p>
        </w:tc>
        <w:tc>
          <w:tcPr>
            <w:tcW w:w="0" w:type="auto"/>
            <w:vAlign w:val="center"/>
            <w:hideMark/>
          </w:tcPr>
          <w:p w14:paraId="41B24387"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Ruolo/incarico</w:t>
            </w:r>
          </w:p>
        </w:tc>
        <w:tc>
          <w:tcPr>
            <w:tcW w:w="1946" w:type="dxa"/>
            <w:vAlign w:val="center"/>
            <w:hideMark/>
          </w:tcPr>
          <w:p w14:paraId="6ED57971"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Periodo/estremi incarico</w:t>
            </w:r>
          </w:p>
        </w:tc>
        <w:tc>
          <w:tcPr>
            <w:tcW w:w="1089" w:type="dxa"/>
            <w:vAlign w:val="center"/>
            <w:hideMark/>
          </w:tcPr>
          <w:p w14:paraId="0EA0D75E"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0" w:type="auto"/>
            <w:vAlign w:val="center"/>
            <w:hideMark/>
          </w:tcPr>
          <w:p w14:paraId="4B72F99B"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8D3B1B" w:rsidRPr="008D3B1B" w14:paraId="603E9BEA" w14:textId="77777777" w:rsidTr="00972EF1">
        <w:trPr>
          <w:tblCellSpacing w:w="15" w:type="dxa"/>
        </w:trPr>
        <w:tc>
          <w:tcPr>
            <w:tcW w:w="0" w:type="auto"/>
            <w:vAlign w:val="center"/>
            <w:hideMark/>
          </w:tcPr>
          <w:p w14:paraId="3637FFE3"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0" w:type="auto"/>
            <w:vAlign w:val="center"/>
            <w:hideMark/>
          </w:tcPr>
          <w:p w14:paraId="1D606B8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708E4A5"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4B384AEF" w14:textId="77777777" w:rsidR="008D3B1B" w:rsidRPr="008D3B1B" w:rsidRDefault="008D3B1B" w:rsidP="008D3B1B">
            <w:pPr>
              <w:adjustRightInd w:val="0"/>
              <w:spacing w:after="0" w:line="276" w:lineRule="auto"/>
              <w:jc w:val="both"/>
              <w:rPr>
                <w:sz w:val="24"/>
                <w:szCs w:val="24"/>
                <w:lang w:val="it-IT"/>
              </w:rPr>
            </w:pPr>
          </w:p>
        </w:tc>
        <w:tc>
          <w:tcPr>
            <w:tcW w:w="1946" w:type="dxa"/>
            <w:vAlign w:val="center"/>
            <w:hideMark/>
          </w:tcPr>
          <w:p w14:paraId="499F871E" w14:textId="77777777" w:rsidR="008D3B1B" w:rsidRPr="008D3B1B" w:rsidRDefault="008D3B1B" w:rsidP="008D3B1B">
            <w:pPr>
              <w:adjustRightInd w:val="0"/>
              <w:spacing w:after="0" w:line="276" w:lineRule="auto"/>
              <w:jc w:val="both"/>
              <w:rPr>
                <w:sz w:val="24"/>
                <w:szCs w:val="24"/>
                <w:lang w:val="it-IT"/>
              </w:rPr>
            </w:pPr>
          </w:p>
        </w:tc>
        <w:tc>
          <w:tcPr>
            <w:tcW w:w="1089" w:type="dxa"/>
            <w:vAlign w:val="center"/>
            <w:hideMark/>
          </w:tcPr>
          <w:p w14:paraId="080F710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36EE471" w14:textId="77777777" w:rsidR="008D3B1B" w:rsidRPr="008D3B1B" w:rsidRDefault="008D3B1B" w:rsidP="008D3B1B">
            <w:pPr>
              <w:adjustRightInd w:val="0"/>
              <w:spacing w:after="0" w:line="276" w:lineRule="auto"/>
              <w:jc w:val="both"/>
              <w:rPr>
                <w:sz w:val="24"/>
                <w:szCs w:val="24"/>
                <w:lang w:val="it-IT"/>
              </w:rPr>
            </w:pPr>
          </w:p>
        </w:tc>
      </w:tr>
      <w:tr w:rsidR="008D3B1B" w:rsidRPr="008D3B1B" w14:paraId="29372EBE" w14:textId="77777777" w:rsidTr="00972EF1">
        <w:trPr>
          <w:tblCellSpacing w:w="15" w:type="dxa"/>
        </w:trPr>
        <w:tc>
          <w:tcPr>
            <w:tcW w:w="0" w:type="auto"/>
            <w:vAlign w:val="center"/>
            <w:hideMark/>
          </w:tcPr>
          <w:p w14:paraId="5CF04A2E"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0" w:type="auto"/>
            <w:vAlign w:val="center"/>
            <w:hideMark/>
          </w:tcPr>
          <w:p w14:paraId="095AAF5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704596A"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CE7310A" w14:textId="77777777" w:rsidR="008D3B1B" w:rsidRPr="008D3B1B" w:rsidRDefault="008D3B1B" w:rsidP="008D3B1B">
            <w:pPr>
              <w:adjustRightInd w:val="0"/>
              <w:spacing w:after="0" w:line="276" w:lineRule="auto"/>
              <w:jc w:val="both"/>
              <w:rPr>
                <w:sz w:val="24"/>
                <w:szCs w:val="24"/>
                <w:lang w:val="it-IT"/>
              </w:rPr>
            </w:pPr>
          </w:p>
        </w:tc>
        <w:tc>
          <w:tcPr>
            <w:tcW w:w="1946" w:type="dxa"/>
            <w:vAlign w:val="center"/>
            <w:hideMark/>
          </w:tcPr>
          <w:p w14:paraId="4C513E73" w14:textId="77777777" w:rsidR="008D3B1B" w:rsidRPr="008D3B1B" w:rsidRDefault="008D3B1B" w:rsidP="008D3B1B">
            <w:pPr>
              <w:adjustRightInd w:val="0"/>
              <w:spacing w:after="0" w:line="276" w:lineRule="auto"/>
              <w:jc w:val="both"/>
              <w:rPr>
                <w:sz w:val="24"/>
                <w:szCs w:val="24"/>
                <w:lang w:val="it-IT"/>
              </w:rPr>
            </w:pPr>
          </w:p>
        </w:tc>
        <w:tc>
          <w:tcPr>
            <w:tcW w:w="1089" w:type="dxa"/>
            <w:vAlign w:val="center"/>
            <w:hideMark/>
          </w:tcPr>
          <w:p w14:paraId="63D5985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44153C3" w14:textId="77777777" w:rsidR="008D3B1B" w:rsidRPr="008D3B1B" w:rsidRDefault="008D3B1B" w:rsidP="008D3B1B">
            <w:pPr>
              <w:adjustRightInd w:val="0"/>
              <w:spacing w:after="0" w:line="276" w:lineRule="auto"/>
              <w:jc w:val="both"/>
              <w:rPr>
                <w:sz w:val="24"/>
                <w:szCs w:val="24"/>
                <w:lang w:val="it-IT"/>
              </w:rPr>
            </w:pPr>
          </w:p>
        </w:tc>
      </w:tr>
      <w:tr w:rsidR="008D3B1B" w:rsidRPr="008D3B1B" w14:paraId="2177FAA0" w14:textId="77777777" w:rsidTr="00972EF1">
        <w:trPr>
          <w:tblCellSpacing w:w="15" w:type="dxa"/>
        </w:trPr>
        <w:tc>
          <w:tcPr>
            <w:tcW w:w="0" w:type="auto"/>
            <w:vAlign w:val="center"/>
            <w:hideMark/>
          </w:tcPr>
          <w:p w14:paraId="4508ECC4"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3</w:t>
            </w:r>
          </w:p>
        </w:tc>
        <w:tc>
          <w:tcPr>
            <w:tcW w:w="0" w:type="auto"/>
            <w:vAlign w:val="center"/>
            <w:hideMark/>
          </w:tcPr>
          <w:p w14:paraId="026FE875"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A358E66"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3A493E2" w14:textId="77777777" w:rsidR="008D3B1B" w:rsidRPr="008D3B1B" w:rsidRDefault="008D3B1B" w:rsidP="008D3B1B">
            <w:pPr>
              <w:adjustRightInd w:val="0"/>
              <w:spacing w:after="0" w:line="276" w:lineRule="auto"/>
              <w:jc w:val="both"/>
              <w:rPr>
                <w:sz w:val="24"/>
                <w:szCs w:val="24"/>
                <w:lang w:val="it-IT"/>
              </w:rPr>
            </w:pPr>
          </w:p>
        </w:tc>
        <w:tc>
          <w:tcPr>
            <w:tcW w:w="1946" w:type="dxa"/>
            <w:vAlign w:val="center"/>
            <w:hideMark/>
          </w:tcPr>
          <w:p w14:paraId="2BCA11C1" w14:textId="77777777" w:rsidR="008D3B1B" w:rsidRPr="008D3B1B" w:rsidRDefault="008D3B1B" w:rsidP="008D3B1B">
            <w:pPr>
              <w:adjustRightInd w:val="0"/>
              <w:spacing w:after="0" w:line="276" w:lineRule="auto"/>
              <w:jc w:val="both"/>
              <w:rPr>
                <w:sz w:val="24"/>
                <w:szCs w:val="24"/>
                <w:lang w:val="it-IT"/>
              </w:rPr>
            </w:pPr>
          </w:p>
        </w:tc>
        <w:tc>
          <w:tcPr>
            <w:tcW w:w="1089" w:type="dxa"/>
            <w:vAlign w:val="center"/>
            <w:hideMark/>
          </w:tcPr>
          <w:p w14:paraId="0217EBFD"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6AC4F856" w14:textId="77777777" w:rsidR="008D3B1B" w:rsidRPr="008D3B1B" w:rsidRDefault="008D3B1B" w:rsidP="008D3B1B">
            <w:pPr>
              <w:adjustRightInd w:val="0"/>
              <w:spacing w:after="0" w:line="276" w:lineRule="auto"/>
              <w:jc w:val="both"/>
              <w:rPr>
                <w:sz w:val="24"/>
                <w:szCs w:val="24"/>
                <w:lang w:val="it-IT"/>
              </w:rPr>
            </w:pPr>
          </w:p>
        </w:tc>
      </w:tr>
      <w:tr w:rsidR="008D3B1B" w:rsidRPr="008D3B1B" w14:paraId="322843A9" w14:textId="77777777" w:rsidTr="00972EF1">
        <w:trPr>
          <w:tblCellSpacing w:w="15" w:type="dxa"/>
        </w:trPr>
        <w:tc>
          <w:tcPr>
            <w:tcW w:w="0" w:type="auto"/>
            <w:vAlign w:val="center"/>
            <w:hideMark/>
          </w:tcPr>
          <w:p w14:paraId="12D68E97"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4</w:t>
            </w:r>
          </w:p>
        </w:tc>
        <w:tc>
          <w:tcPr>
            <w:tcW w:w="0" w:type="auto"/>
            <w:vAlign w:val="center"/>
            <w:hideMark/>
          </w:tcPr>
          <w:p w14:paraId="4C28EEC0"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95C28EB"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3F9AB229" w14:textId="77777777" w:rsidR="008D3B1B" w:rsidRPr="008D3B1B" w:rsidRDefault="008D3B1B" w:rsidP="008D3B1B">
            <w:pPr>
              <w:adjustRightInd w:val="0"/>
              <w:spacing w:after="0" w:line="276" w:lineRule="auto"/>
              <w:jc w:val="both"/>
              <w:rPr>
                <w:sz w:val="24"/>
                <w:szCs w:val="24"/>
                <w:lang w:val="it-IT"/>
              </w:rPr>
            </w:pPr>
          </w:p>
        </w:tc>
        <w:tc>
          <w:tcPr>
            <w:tcW w:w="1946" w:type="dxa"/>
            <w:vAlign w:val="center"/>
            <w:hideMark/>
          </w:tcPr>
          <w:p w14:paraId="2CB1B33A" w14:textId="77777777" w:rsidR="008D3B1B" w:rsidRPr="008D3B1B" w:rsidRDefault="008D3B1B" w:rsidP="008D3B1B">
            <w:pPr>
              <w:adjustRightInd w:val="0"/>
              <w:spacing w:after="0" w:line="276" w:lineRule="auto"/>
              <w:jc w:val="both"/>
              <w:rPr>
                <w:sz w:val="24"/>
                <w:szCs w:val="24"/>
                <w:lang w:val="it-IT"/>
              </w:rPr>
            </w:pPr>
          </w:p>
        </w:tc>
        <w:tc>
          <w:tcPr>
            <w:tcW w:w="1089" w:type="dxa"/>
            <w:vAlign w:val="center"/>
            <w:hideMark/>
          </w:tcPr>
          <w:p w14:paraId="383573DD"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5AABD2C" w14:textId="77777777" w:rsidR="008D3B1B" w:rsidRPr="008D3B1B" w:rsidRDefault="008D3B1B" w:rsidP="008D3B1B">
            <w:pPr>
              <w:adjustRightInd w:val="0"/>
              <w:spacing w:after="0" w:line="276" w:lineRule="auto"/>
              <w:jc w:val="both"/>
              <w:rPr>
                <w:sz w:val="24"/>
                <w:szCs w:val="24"/>
                <w:lang w:val="it-IT"/>
              </w:rPr>
            </w:pPr>
          </w:p>
        </w:tc>
      </w:tr>
      <w:tr w:rsidR="008D3B1B" w:rsidRPr="008D3B1B" w14:paraId="0E05E2F2" w14:textId="77777777" w:rsidTr="00972EF1">
        <w:trPr>
          <w:tblCellSpacing w:w="15" w:type="dxa"/>
        </w:trPr>
        <w:tc>
          <w:tcPr>
            <w:tcW w:w="0" w:type="auto"/>
            <w:vAlign w:val="center"/>
            <w:hideMark/>
          </w:tcPr>
          <w:p w14:paraId="4DB87BD7"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5</w:t>
            </w:r>
          </w:p>
        </w:tc>
        <w:tc>
          <w:tcPr>
            <w:tcW w:w="0" w:type="auto"/>
            <w:vAlign w:val="center"/>
            <w:hideMark/>
          </w:tcPr>
          <w:p w14:paraId="3973D1F4"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B4A583B"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E279A10" w14:textId="77777777" w:rsidR="008D3B1B" w:rsidRPr="008D3B1B" w:rsidRDefault="008D3B1B" w:rsidP="008D3B1B">
            <w:pPr>
              <w:adjustRightInd w:val="0"/>
              <w:spacing w:after="0" w:line="276" w:lineRule="auto"/>
              <w:jc w:val="both"/>
              <w:rPr>
                <w:sz w:val="24"/>
                <w:szCs w:val="24"/>
                <w:lang w:val="it-IT"/>
              </w:rPr>
            </w:pPr>
          </w:p>
        </w:tc>
        <w:tc>
          <w:tcPr>
            <w:tcW w:w="1946" w:type="dxa"/>
            <w:vAlign w:val="center"/>
            <w:hideMark/>
          </w:tcPr>
          <w:p w14:paraId="304E2E5B" w14:textId="77777777" w:rsidR="008D3B1B" w:rsidRPr="008D3B1B" w:rsidRDefault="008D3B1B" w:rsidP="008D3B1B">
            <w:pPr>
              <w:adjustRightInd w:val="0"/>
              <w:spacing w:after="0" w:line="276" w:lineRule="auto"/>
              <w:jc w:val="both"/>
              <w:rPr>
                <w:sz w:val="24"/>
                <w:szCs w:val="24"/>
                <w:lang w:val="it-IT"/>
              </w:rPr>
            </w:pPr>
          </w:p>
        </w:tc>
        <w:tc>
          <w:tcPr>
            <w:tcW w:w="1089" w:type="dxa"/>
            <w:vAlign w:val="center"/>
            <w:hideMark/>
          </w:tcPr>
          <w:p w14:paraId="42552B08"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860A0CE" w14:textId="77777777" w:rsidR="008D3B1B" w:rsidRPr="008D3B1B" w:rsidRDefault="008D3B1B" w:rsidP="008D3B1B">
            <w:pPr>
              <w:adjustRightInd w:val="0"/>
              <w:spacing w:after="0" w:line="276" w:lineRule="auto"/>
              <w:jc w:val="both"/>
              <w:rPr>
                <w:sz w:val="24"/>
                <w:szCs w:val="24"/>
                <w:lang w:val="it-IT"/>
              </w:rPr>
            </w:pPr>
          </w:p>
        </w:tc>
      </w:tr>
    </w:tbl>
    <w:p w14:paraId="7F8D3CAC" w14:textId="77777777" w:rsidR="008D3B1B" w:rsidRDefault="008D3B1B" w:rsidP="008D3B1B">
      <w:pPr>
        <w:adjustRightInd w:val="0"/>
        <w:spacing w:after="0" w:line="276" w:lineRule="auto"/>
        <w:jc w:val="both"/>
        <w:rPr>
          <w:b/>
          <w:bCs/>
          <w:sz w:val="24"/>
          <w:szCs w:val="24"/>
          <w:lang w:val="it-IT"/>
        </w:rPr>
      </w:pPr>
    </w:p>
    <w:p w14:paraId="12E004CE" w14:textId="35FE8050"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 categoria B:</w:t>
      </w:r>
      <w:r w:rsidRPr="008D3B1B">
        <w:rPr>
          <w:sz w:val="24"/>
          <w:szCs w:val="24"/>
          <w:lang w:val="it-IT"/>
        </w:rPr>
        <w:t xml:space="preserve"> ______ / 25</w:t>
      </w:r>
    </w:p>
    <w:p w14:paraId="372510BA" w14:textId="1CB48E7A" w:rsidR="008D3B1B" w:rsidRPr="008D3B1B" w:rsidRDefault="008D3B1B" w:rsidP="008D3B1B">
      <w:pPr>
        <w:adjustRightInd w:val="0"/>
        <w:spacing w:after="0" w:line="276" w:lineRule="auto"/>
        <w:jc w:val="both"/>
        <w:rPr>
          <w:sz w:val="24"/>
          <w:szCs w:val="24"/>
          <w:lang w:val="it-IT"/>
        </w:rPr>
      </w:pPr>
    </w:p>
    <w:p w14:paraId="23FF8AC3"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C – TITOLI UNIVERSITARI PERTINENTI</w:t>
      </w:r>
    </w:p>
    <w:p w14:paraId="56D7F5D3" w14:textId="77777777" w:rsidR="008D3B1B" w:rsidRDefault="008D3B1B" w:rsidP="008D3B1B">
      <w:pPr>
        <w:adjustRightInd w:val="0"/>
        <w:spacing w:after="0" w:line="276" w:lineRule="auto"/>
        <w:jc w:val="both"/>
        <w:rPr>
          <w:sz w:val="24"/>
          <w:szCs w:val="24"/>
          <w:lang w:val="it-IT"/>
        </w:rPr>
      </w:pPr>
    </w:p>
    <w:p w14:paraId="6A0A8D83" w14:textId="351C494A" w:rsidR="008D3B1B" w:rsidRDefault="00D735F1" w:rsidP="008D3B1B">
      <w:pPr>
        <w:adjustRightInd w:val="0"/>
        <w:spacing w:after="0" w:line="276" w:lineRule="auto"/>
        <w:jc w:val="both"/>
        <w:rPr>
          <w:b/>
          <w:bCs/>
          <w:sz w:val="24"/>
          <w:szCs w:val="24"/>
        </w:rPr>
      </w:pPr>
      <w:r w:rsidRPr="00D735F1">
        <w:rPr>
          <w:sz w:val="24"/>
          <w:szCs w:val="24"/>
        </w:rPr>
        <w:t xml:space="preserve">Master </w:t>
      </w:r>
      <w:proofErr w:type="spellStart"/>
      <w:r w:rsidRPr="00D735F1">
        <w:rPr>
          <w:sz w:val="24"/>
          <w:szCs w:val="24"/>
        </w:rPr>
        <w:t>universitari</w:t>
      </w:r>
      <w:proofErr w:type="spellEnd"/>
      <w:r w:rsidRPr="00D735F1">
        <w:rPr>
          <w:sz w:val="24"/>
          <w:szCs w:val="24"/>
        </w:rPr>
        <w:t xml:space="preserve"> e </w:t>
      </w:r>
      <w:proofErr w:type="spellStart"/>
      <w:r w:rsidRPr="00D735F1">
        <w:rPr>
          <w:sz w:val="24"/>
          <w:szCs w:val="24"/>
        </w:rPr>
        <w:t>corsi</w:t>
      </w:r>
      <w:proofErr w:type="spellEnd"/>
      <w:r w:rsidRPr="00D735F1">
        <w:rPr>
          <w:sz w:val="24"/>
          <w:szCs w:val="24"/>
        </w:rPr>
        <w:t xml:space="preserve"> </w:t>
      </w:r>
      <w:proofErr w:type="spellStart"/>
      <w:r w:rsidRPr="00D735F1">
        <w:rPr>
          <w:sz w:val="24"/>
          <w:szCs w:val="24"/>
        </w:rPr>
        <w:t>universitari</w:t>
      </w:r>
      <w:proofErr w:type="spellEnd"/>
      <w:r w:rsidRPr="00D735F1">
        <w:rPr>
          <w:sz w:val="24"/>
          <w:szCs w:val="24"/>
        </w:rPr>
        <w:t xml:space="preserve"> di </w:t>
      </w:r>
      <w:proofErr w:type="spellStart"/>
      <w:r w:rsidRPr="00D735F1">
        <w:rPr>
          <w:sz w:val="24"/>
          <w:szCs w:val="24"/>
        </w:rPr>
        <w:t>perfezionamento</w:t>
      </w:r>
      <w:proofErr w:type="spellEnd"/>
      <w:r w:rsidRPr="00D735F1">
        <w:rPr>
          <w:sz w:val="24"/>
          <w:szCs w:val="24"/>
        </w:rPr>
        <w:t xml:space="preserve"> </w:t>
      </w:r>
      <w:proofErr w:type="spellStart"/>
      <w:r w:rsidRPr="00D735F1">
        <w:rPr>
          <w:sz w:val="24"/>
          <w:szCs w:val="24"/>
        </w:rPr>
        <w:t>pertinenti</w:t>
      </w:r>
      <w:proofErr w:type="spellEnd"/>
      <w:r w:rsidRPr="00D735F1">
        <w:rPr>
          <w:sz w:val="24"/>
          <w:szCs w:val="24"/>
        </w:rPr>
        <w:t xml:space="preserve"> alle </w:t>
      </w:r>
      <w:proofErr w:type="spellStart"/>
      <w:r w:rsidRPr="00D735F1">
        <w:rPr>
          <w:sz w:val="24"/>
          <w:szCs w:val="24"/>
        </w:rPr>
        <w:t>scienze</w:t>
      </w:r>
      <w:proofErr w:type="spellEnd"/>
      <w:r w:rsidRPr="00D735F1">
        <w:rPr>
          <w:sz w:val="24"/>
          <w:szCs w:val="24"/>
        </w:rPr>
        <w:t xml:space="preserve"> </w:t>
      </w:r>
      <w:proofErr w:type="spellStart"/>
      <w:r w:rsidRPr="00D735F1">
        <w:rPr>
          <w:sz w:val="24"/>
          <w:szCs w:val="24"/>
        </w:rPr>
        <w:t>motorie</w:t>
      </w:r>
      <w:proofErr w:type="spellEnd"/>
      <w:r w:rsidRPr="00D735F1">
        <w:rPr>
          <w:sz w:val="24"/>
          <w:szCs w:val="24"/>
        </w:rPr>
        <w:t xml:space="preserve">, </w:t>
      </w:r>
      <w:proofErr w:type="spellStart"/>
      <w:r w:rsidRPr="00D735F1">
        <w:rPr>
          <w:sz w:val="24"/>
          <w:szCs w:val="24"/>
        </w:rPr>
        <w:t>psicomotricità</w:t>
      </w:r>
      <w:proofErr w:type="spellEnd"/>
      <w:r w:rsidRPr="00D735F1">
        <w:rPr>
          <w:sz w:val="24"/>
          <w:szCs w:val="24"/>
        </w:rPr>
        <w:t xml:space="preserve">, </w:t>
      </w:r>
      <w:proofErr w:type="spellStart"/>
      <w:r w:rsidRPr="00D735F1">
        <w:rPr>
          <w:sz w:val="24"/>
          <w:szCs w:val="24"/>
        </w:rPr>
        <w:t>pedagogia</w:t>
      </w:r>
      <w:proofErr w:type="spellEnd"/>
      <w:r w:rsidRPr="00D735F1">
        <w:rPr>
          <w:sz w:val="24"/>
          <w:szCs w:val="24"/>
        </w:rPr>
        <w:t xml:space="preserve"> del </w:t>
      </w:r>
      <w:proofErr w:type="spellStart"/>
      <w:r w:rsidRPr="00D735F1">
        <w:rPr>
          <w:sz w:val="24"/>
          <w:szCs w:val="24"/>
        </w:rPr>
        <w:t>movimento</w:t>
      </w:r>
      <w:proofErr w:type="spellEnd"/>
      <w:r w:rsidRPr="00D735F1">
        <w:rPr>
          <w:sz w:val="24"/>
          <w:szCs w:val="24"/>
        </w:rPr>
        <w:t xml:space="preserve">, </w:t>
      </w:r>
      <w:proofErr w:type="spellStart"/>
      <w:r w:rsidRPr="00D735F1">
        <w:rPr>
          <w:sz w:val="24"/>
          <w:szCs w:val="24"/>
        </w:rPr>
        <w:t>educazione</w:t>
      </w:r>
      <w:proofErr w:type="spellEnd"/>
      <w:r w:rsidRPr="00D735F1">
        <w:rPr>
          <w:sz w:val="24"/>
          <w:szCs w:val="24"/>
        </w:rPr>
        <w:t xml:space="preserve"> </w:t>
      </w:r>
      <w:proofErr w:type="spellStart"/>
      <w:r w:rsidRPr="00D735F1">
        <w:rPr>
          <w:sz w:val="24"/>
          <w:szCs w:val="24"/>
        </w:rPr>
        <w:t>motoria</w:t>
      </w:r>
      <w:proofErr w:type="spellEnd"/>
      <w:r w:rsidRPr="00D735F1">
        <w:rPr>
          <w:sz w:val="24"/>
          <w:szCs w:val="24"/>
        </w:rPr>
        <w:t xml:space="preserve"> o </w:t>
      </w:r>
      <w:proofErr w:type="spellStart"/>
      <w:r w:rsidRPr="00D735F1">
        <w:rPr>
          <w:sz w:val="24"/>
          <w:szCs w:val="24"/>
        </w:rPr>
        <w:t>attività</w:t>
      </w:r>
      <w:proofErr w:type="spellEnd"/>
      <w:r w:rsidRPr="00D735F1">
        <w:rPr>
          <w:sz w:val="24"/>
          <w:szCs w:val="24"/>
        </w:rPr>
        <w:t xml:space="preserve"> </w:t>
      </w:r>
      <w:proofErr w:type="spellStart"/>
      <w:r w:rsidRPr="00D735F1">
        <w:rPr>
          <w:sz w:val="24"/>
          <w:szCs w:val="24"/>
        </w:rPr>
        <w:t>motorie</w:t>
      </w:r>
      <w:proofErr w:type="spellEnd"/>
      <w:r w:rsidRPr="00D735F1">
        <w:rPr>
          <w:sz w:val="24"/>
          <w:szCs w:val="24"/>
        </w:rPr>
        <w:t xml:space="preserve"> inclusive.</w:t>
      </w:r>
      <w:r w:rsidRPr="00D735F1">
        <w:rPr>
          <w:sz w:val="24"/>
          <w:szCs w:val="24"/>
        </w:rPr>
        <w:br/>
      </w:r>
      <w:r w:rsidRPr="00D735F1">
        <w:rPr>
          <w:b/>
          <w:bCs/>
          <w:sz w:val="24"/>
          <w:szCs w:val="24"/>
        </w:rPr>
        <w:t xml:space="preserve">5 </w:t>
      </w:r>
      <w:proofErr w:type="spellStart"/>
      <w:r w:rsidRPr="00D735F1">
        <w:rPr>
          <w:b/>
          <w:bCs/>
          <w:sz w:val="24"/>
          <w:szCs w:val="24"/>
        </w:rPr>
        <w:t>punti</w:t>
      </w:r>
      <w:proofErr w:type="spellEnd"/>
      <w:r w:rsidRPr="00D735F1">
        <w:rPr>
          <w:b/>
          <w:bCs/>
          <w:sz w:val="24"/>
          <w:szCs w:val="24"/>
        </w:rPr>
        <w:t xml:space="preserve"> per </w:t>
      </w:r>
      <w:proofErr w:type="spellStart"/>
      <w:r w:rsidRPr="00D735F1">
        <w:rPr>
          <w:b/>
          <w:bCs/>
          <w:sz w:val="24"/>
          <w:szCs w:val="24"/>
        </w:rPr>
        <w:t>ciascun</w:t>
      </w:r>
      <w:proofErr w:type="spellEnd"/>
      <w:r w:rsidRPr="00D735F1">
        <w:rPr>
          <w:b/>
          <w:bCs/>
          <w:sz w:val="24"/>
          <w:szCs w:val="24"/>
        </w:rPr>
        <w:t xml:space="preserve"> </w:t>
      </w:r>
      <w:proofErr w:type="spellStart"/>
      <w:r w:rsidRPr="00D735F1">
        <w:rPr>
          <w:b/>
          <w:bCs/>
          <w:sz w:val="24"/>
          <w:szCs w:val="24"/>
        </w:rPr>
        <w:t>titolo</w:t>
      </w:r>
      <w:proofErr w:type="spellEnd"/>
      <w:r w:rsidRPr="00D735F1">
        <w:rPr>
          <w:b/>
          <w:bCs/>
          <w:sz w:val="24"/>
          <w:szCs w:val="24"/>
        </w:rPr>
        <w:t xml:space="preserve"> – </w:t>
      </w:r>
      <w:proofErr w:type="spellStart"/>
      <w:r w:rsidRPr="00D735F1">
        <w:rPr>
          <w:b/>
          <w:bCs/>
          <w:sz w:val="24"/>
          <w:szCs w:val="24"/>
        </w:rPr>
        <w:t>massimo</w:t>
      </w:r>
      <w:proofErr w:type="spellEnd"/>
      <w:r w:rsidRPr="00D735F1">
        <w:rPr>
          <w:b/>
          <w:bCs/>
          <w:sz w:val="24"/>
          <w:szCs w:val="24"/>
        </w:rPr>
        <w:t xml:space="preserve"> 15 </w:t>
      </w:r>
      <w:proofErr w:type="spellStart"/>
      <w:r w:rsidRPr="00D735F1">
        <w:rPr>
          <w:b/>
          <w:bCs/>
          <w:sz w:val="24"/>
          <w:szCs w:val="24"/>
        </w:rPr>
        <w:t>punti</w:t>
      </w:r>
      <w:proofErr w:type="spellEnd"/>
    </w:p>
    <w:p w14:paraId="4E5ADC6E" w14:textId="77777777" w:rsidR="00D735F1" w:rsidRPr="008D3B1B" w:rsidRDefault="00D735F1"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2212"/>
        <w:gridCol w:w="2668"/>
        <w:gridCol w:w="1854"/>
        <w:gridCol w:w="1436"/>
        <w:gridCol w:w="1457"/>
      </w:tblGrid>
      <w:tr w:rsidR="00972EF1" w:rsidRPr="008D3B1B" w14:paraId="46788F8B" w14:textId="77777777" w:rsidTr="00972EF1">
        <w:trPr>
          <w:tblHeader/>
          <w:tblCellSpacing w:w="15" w:type="dxa"/>
        </w:trPr>
        <w:tc>
          <w:tcPr>
            <w:tcW w:w="0" w:type="auto"/>
            <w:vAlign w:val="center"/>
            <w:hideMark/>
          </w:tcPr>
          <w:p w14:paraId="166D964E"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2182" w:type="dxa"/>
            <w:vAlign w:val="center"/>
            <w:hideMark/>
          </w:tcPr>
          <w:p w14:paraId="052BE111"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Titolo</w:t>
            </w:r>
          </w:p>
        </w:tc>
        <w:tc>
          <w:tcPr>
            <w:tcW w:w="2638" w:type="dxa"/>
            <w:vAlign w:val="center"/>
            <w:hideMark/>
          </w:tcPr>
          <w:p w14:paraId="7F65FB86"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Università/Istituzione</w:t>
            </w:r>
          </w:p>
        </w:tc>
        <w:tc>
          <w:tcPr>
            <w:tcW w:w="1824" w:type="dxa"/>
            <w:vAlign w:val="center"/>
            <w:hideMark/>
          </w:tcPr>
          <w:p w14:paraId="066F4649"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Anno di conseguimento</w:t>
            </w:r>
          </w:p>
        </w:tc>
        <w:tc>
          <w:tcPr>
            <w:tcW w:w="1406" w:type="dxa"/>
            <w:vAlign w:val="center"/>
            <w:hideMark/>
          </w:tcPr>
          <w:p w14:paraId="75E802B5"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1412" w:type="dxa"/>
            <w:vAlign w:val="center"/>
            <w:hideMark/>
          </w:tcPr>
          <w:p w14:paraId="60BCCFB0"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972EF1" w:rsidRPr="008D3B1B" w14:paraId="1A4BEF0D" w14:textId="77777777" w:rsidTr="00972EF1">
        <w:trPr>
          <w:tblCellSpacing w:w="15" w:type="dxa"/>
        </w:trPr>
        <w:tc>
          <w:tcPr>
            <w:tcW w:w="0" w:type="auto"/>
            <w:vAlign w:val="center"/>
            <w:hideMark/>
          </w:tcPr>
          <w:p w14:paraId="1A27A3F6"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2182" w:type="dxa"/>
            <w:vAlign w:val="center"/>
            <w:hideMark/>
          </w:tcPr>
          <w:p w14:paraId="7DC9CD62" w14:textId="77777777" w:rsidR="008D3B1B" w:rsidRPr="008D3B1B" w:rsidRDefault="008D3B1B" w:rsidP="008D3B1B">
            <w:pPr>
              <w:adjustRightInd w:val="0"/>
              <w:spacing w:after="0" w:line="276" w:lineRule="auto"/>
              <w:jc w:val="both"/>
              <w:rPr>
                <w:sz w:val="24"/>
                <w:szCs w:val="24"/>
                <w:lang w:val="it-IT"/>
              </w:rPr>
            </w:pPr>
          </w:p>
        </w:tc>
        <w:tc>
          <w:tcPr>
            <w:tcW w:w="2638" w:type="dxa"/>
            <w:vAlign w:val="center"/>
            <w:hideMark/>
          </w:tcPr>
          <w:p w14:paraId="41D93192" w14:textId="77777777" w:rsidR="008D3B1B" w:rsidRPr="008D3B1B" w:rsidRDefault="008D3B1B" w:rsidP="008D3B1B">
            <w:pPr>
              <w:adjustRightInd w:val="0"/>
              <w:spacing w:after="0" w:line="276" w:lineRule="auto"/>
              <w:jc w:val="both"/>
              <w:rPr>
                <w:sz w:val="24"/>
                <w:szCs w:val="24"/>
                <w:lang w:val="it-IT"/>
              </w:rPr>
            </w:pPr>
          </w:p>
        </w:tc>
        <w:tc>
          <w:tcPr>
            <w:tcW w:w="1824" w:type="dxa"/>
            <w:vAlign w:val="center"/>
            <w:hideMark/>
          </w:tcPr>
          <w:p w14:paraId="444F8960" w14:textId="77777777" w:rsidR="008D3B1B" w:rsidRPr="008D3B1B" w:rsidRDefault="008D3B1B" w:rsidP="008D3B1B">
            <w:pPr>
              <w:adjustRightInd w:val="0"/>
              <w:spacing w:after="0" w:line="276" w:lineRule="auto"/>
              <w:jc w:val="both"/>
              <w:rPr>
                <w:sz w:val="24"/>
                <w:szCs w:val="24"/>
                <w:lang w:val="it-IT"/>
              </w:rPr>
            </w:pPr>
          </w:p>
        </w:tc>
        <w:tc>
          <w:tcPr>
            <w:tcW w:w="1406" w:type="dxa"/>
            <w:vAlign w:val="center"/>
            <w:hideMark/>
          </w:tcPr>
          <w:p w14:paraId="3A5611D3" w14:textId="77777777" w:rsidR="008D3B1B" w:rsidRPr="008D3B1B" w:rsidRDefault="008D3B1B" w:rsidP="008D3B1B">
            <w:pPr>
              <w:adjustRightInd w:val="0"/>
              <w:spacing w:after="0" w:line="276" w:lineRule="auto"/>
              <w:jc w:val="both"/>
              <w:rPr>
                <w:sz w:val="24"/>
                <w:szCs w:val="24"/>
                <w:lang w:val="it-IT"/>
              </w:rPr>
            </w:pPr>
          </w:p>
        </w:tc>
        <w:tc>
          <w:tcPr>
            <w:tcW w:w="1412" w:type="dxa"/>
            <w:vAlign w:val="center"/>
            <w:hideMark/>
          </w:tcPr>
          <w:p w14:paraId="12F69F5A" w14:textId="77777777" w:rsidR="008D3B1B" w:rsidRPr="008D3B1B" w:rsidRDefault="008D3B1B" w:rsidP="008D3B1B">
            <w:pPr>
              <w:adjustRightInd w:val="0"/>
              <w:spacing w:after="0" w:line="276" w:lineRule="auto"/>
              <w:jc w:val="both"/>
              <w:rPr>
                <w:sz w:val="24"/>
                <w:szCs w:val="24"/>
                <w:lang w:val="it-IT"/>
              </w:rPr>
            </w:pPr>
          </w:p>
        </w:tc>
      </w:tr>
      <w:tr w:rsidR="00972EF1" w:rsidRPr="008D3B1B" w14:paraId="5DA60FC3" w14:textId="77777777" w:rsidTr="00972EF1">
        <w:trPr>
          <w:tblCellSpacing w:w="15" w:type="dxa"/>
        </w:trPr>
        <w:tc>
          <w:tcPr>
            <w:tcW w:w="0" w:type="auto"/>
            <w:vAlign w:val="center"/>
            <w:hideMark/>
          </w:tcPr>
          <w:p w14:paraId="6E1E97C4"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2182" w:type="dxa"/>
            <w:vAlign w:val="center"/>
            <w:hideMark/>
          </w:tcPr>
          <w:p w14:paraId="26B13670" w14:textId="77777777" w:rsidR="008D3B1B" w:rsidRPr="008D3B1B" w:rsidRDefault="008D3B1B" w:rsidP="008D3B1B">
            <w:pPr>
              <w:adjustRightInd w:val="0"/>
              <w:spacing w:after="0" w:line="276" w:lineRule="auto"/>
              <w:jc w:val="both"/>
              <w:rPr>
                <w:sz w:val="24"/>
                <w:szCs w:val="24"/>
                <w:lang w:val="it-IT"/>
              </w:rPr>
            </w:pPr>
          </w:p>
        </w:tc>
        <w:tc>
          <w:tcPr>
            <w:tcW w:w="2638" w:type="dxa"/>
            <w:vAlign w:val="center"/>
            <w:hideMark/>
          </w:tcPr>
          <w:p w14:paraId="77822074" w14:textId="77777777" w:rsidR="008D3B1B" w:rsidRPr="008D3B1B" w:rsidRDefault="008D3B1B" w:rsidP="008D3B1B">
            <w:pPr>
              <w:adjustRightInd w:val="0"/>
              <w:spacing w:after="0" w:line="276" w:lineRule="auto"/>
              <w:jc w:val="both"/>
              <w:rPr>
                <w:sz w:val="24"/>
                <w:szCs w:val="24"/>
                <w:lang w:val="it-IT"/>
              </w:rPr>
            </w:pPr>
          </w:p>
        </w:tc>
        <w:tc>
          <w:tcPr>
            <w:tcW w:w="1824" w:type="dxa"/>
            <w:vAlign w:val="center"/>
            <w:hideMark/>
          </w:tcPr>
          <w:p w14:paraId="56240411" w14:textId="77777777" w:rsidR="008D3B1B" w:rsidRPr="008D3B1B" w:rsidRDefault="008D3B1B" w:rsidP="008D3B1B">
            <w:pPr>
              <w:adjustRightInd w:val="0"/>
              <w:spacing w:after="0" w:line="276" w:lineRule="auto"/>
              <w:jc w:val="both"/>
              <w:rPr>
                <w:sz w:val="24"/>
                <w:szCs w:val="24"/>
                <w:lang w:val="it-IT"/>
              </w:rPr>
            </w:pPr>
          </w:p>
        </w:tc>
        <w:tc>
          <w:tcPr>
            <w:tcW w:w="1406" w:type="dxa"/>
            <w:vAlign w:val="center"/>
            <w:hideMark/>
          </w:tcPr>
          <w:p w14:paraId="3EBCD8D1" w14:textId="77777777" w:rsidR="008D3B1B" w:rsidRPr="008D3B1B" w:rsidRDefault="008D3B1B" w:rsidP="008D3B1B">
            <w:pPr>
              <w:adjustRightInd w:val="0"/>
              <w:spacing w:after="0" w:line="276" w:lineRule="auto"/>
              <w:jc w:val="both"/>
              <w:rPr>
                <w:sz w:val="24"/>
                <w:szCs w:val="24"/>
                <w:lang w:val="it-IT"/>
              </w:rPr>
            </w:pPr>
          </w:p>
        </w:tc>
        <w:tc>
          <w:tcPr>
            <w:tcW w:w="1412" w:type="dxa"/>
            <w:vAlign w:val="center"/>
            <w:hideMark/>
          </w:tcPr>
          <w:p w14:paraId="6DD69F31" w14:textId="77777777" w:rsidR="008D3B1B" w:rsidRPr="008D3B1B" w:rsidRDefault="008D3B1B" w:rsidP="008D3B1B">
            <w:pPr>
              <w:adjustRightInd w:val="0"/>
              <w:spacing w:after="0" w:line="276" w:lineRule="auto"/>
              <w:jc w:val="both"/>
              <w:rPr>
                <w:sz w:val="24"/>
                <w:szCs w:val="24"/>
                <w:lang w:val="it-IT"/>
              </w:rPr>
            </w:pPr>
          </w:p>
        </w:tc>
      </w:tr>
      <w:tr w:rsidR="00972EF1" w:rsidRPr="008D3B1B" w14:paraId="744B212D" w14:textId="77777777" w:rsidTr="00972EF1">
        <w:trPr>
          <w:tblCellSpacing w:w="15" w:type="dxa"/>
        </w:trPr>
        <w:tc>
          <w:tcPr>
            <w:tcW w:w="0" w:type="auto"/>
            <w:vAlign w:val="center"/>
            <w:hideMark/>
          </w:tcPr>
          <w:p w14:paraId="46B79A82"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3</w:t>
            </w:r>
          </w:p>
        </w:tc>
        <w:tc>
          <w:tcPr>
            <w:tcW w:w="2182" w:type="dxa"/>
            <w:vAlign w:val="center"/>
            <w:hideMark/>
          </w:tcPr>
          <w:p w14:paraId="0CAF51EF" w14:textId="77777777" w:rsidR="008D3B1B" w:rsidRPr="008D3B1B" w:rsidRDefault="008D3B1B" w:rsidP="008D3B1B">
            <w:pPr>
              <w:adjustRightInd w:val="0"/>
              <w:spacing w:after="0" w:line="276" w:lineRule="auto"/>
              <w:jc w:val="both"/>
              <w:rPr>
                <w:sz w:val="24"/>
                <w:szCs w:val="24"/>
                <w:lang w:val="it-IT"/>
              </w:rPr>
            </w:pPr>
          </w:p>
        </w:tc>
        <w:tc>
          <w:tcPr>
            <w:tcW w:w="2638" w:type="dxa"/>
            <w:vAlign w:val="center"/>
            <w:hideMark/>
          </w:tcPr>
          <w:p w14:paraId="3CE6F619" w14:textId="77777777" w:rsidR="008D3B1B" w:rsidRPr="008D3B1B" w:rsidRDefault="008D3B1B" w:rsidP="008D3B1B">
            <w:pPr>
              <w:adjustRightInd w:val="0"/>
              <w:spacing w:after="0" w:line="276" w:lineRule="auto"/>
              <w:jc w:val="both"/>
              <w:rPr>
                <w:sz w:val="24"/>
                <w:szCs w:val="24"/>
                <w:lang w:val="it-IT"/>
              </w:rPr>
            </w:pPr>
          </w:p>
        </w:tc>
        <w:tc>
          <w:tcPr>
            <w:tcW w:w="1824" w:type="dxa"/>
            <w:vAlign w:val="center"/>
            <w:hideMark/>
          </w:tcPr>
          <w:p w14:paraId="037BE05F" w14:textId="77777777" w:rsidR="008D3B1B" w:rsidRPr="008D3B1B" w:rsidRDefault="008D3B1B" w:rsidP="008D3B1B">
            <w:pPr>
              <w:adjustRightInd w:val="0"/>
              <w:spacing w:after="0" w:line="276" w:lineRule="auto"/>
              <w:jc w:val="both"/>
              <w:rPr>
                <w:sz w:val="24"/>
                <w:szCs w:val="24"/>
                <w:lang w:val="it-IT"/>
              </w:rPr>
            </w:pPr>
          </w:p>
        </w:tc>
        <w:tc>
          <w:tcPr>
            <w:tcW w:w="1406" w:type="dxa"/>
            <w:vAlign w:val="center"/>
            <w:hideMark/>
          </w:tcPr>
          <w:p w14:paraId="425B5455" w14:textId="77777777" w:rsidR="008D3B1B" w:rsidRPr="008D3B1B" w:rsidRDefault="008D3B1B" w:rsidP="008D3B1B">
            <w:pPr>
              <w:adjustRightInd w:val="0"/>
              <w:spacing w:after="0" w:line="276" w:lineRule="auto"/>
              <w:jc w:val="both"/>
              <w:rPr>
                <w:sz w:val="24"/>
                <w:szCs w:val="24"/>
                <w:lang w:val="it-IT"/>
              </w:rPr>
            </w:pPr>
          </w:p>
        </w:tc>
        <w:tc>
          <w:tcPr>
            <w:tcW w:w="1412" w:type="dxa"/>
            <w:vAlign w:val="center"/>
            <w:hideMark/>
          </w:tcPr>
          <w:p w14:paraId="44BF2715" w14:textId="77777777" w:rsidR="008D3B1B" w:rsidRPr="008D3B1B" w:rsidRDefault="008D3B1B" w:rsidP="008D3B1B">
            <w:pPr>
              <w:adjustRightInd w:val="0"/>
              <w:spacing w:after="0" w:line="276" w:lineRule="auto"/>
              <w:jc w:val="both"/>
              <w:rPr>
                <w:sz w:val="24"/>
                <w:szCs w:val="24"/>
                <w:lang w:val="it-IT"/>
              </w:rPr>
            </w:pPr>
          </w:p>
        </w:tc>
      </w:tr>
    </w:tbl>
    <w:p w14:paraId="46E9CC48" w14:textId="77777777" w:rsidR="00D735F1" w:rsidRDefault="00D735F1" w:rsidP="008D3B1B">
      <w:pPr>
        <w:adjustRightInd w:val="0"/>
        <w:spacing w:after="0" w:line="276" w:lineRule="auto"/>
        <w:jc w:val="both"/>
        <w:rPr>
          <w:b/>
          <w:bCs/>
          <w:sz w:val="24"/>
          <w:szCs w:val="24"/>
          <w:lang w:val="it-IT"/>
        </w:rPr>
      </w:pPr>
    </w:p>
    <w:p w14:paraId="01449F4E" w14:textId="0D59BE64"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 categoria C:</w:t>
      </w:r>
      <w:r w:rsidRPr="008D3B1B">
        <w:rPr>
          <w:sz w:val="24"/>
          <w:szCs w:val="24"/>
          <w:lang w:val="it-IT"/>
        </w:rPr>
        <w:t xml:space="preserve"> ______ / 15</w:t>
      </w:r>
    </w:p>
    <w:p w14:paraId="40A032CD" w14:textId="31E3BF25" w:rsidR="008D3B1B" w:rsidRPr="008D3B1B" w:rsidRDefault="008D3B1B" w:rsidP="008D3B1B">
      <w:pPr>
        <w:adjustRightInd w:val="0"/>
        <w:spacing w:after="0" w:line="276" w:lineRule="auto"/>
        <w:jc w:val="both"/>
        <w:rPr>
          <w:sz w:val="24"/>
          <w:szCs w:val="24"/>
          <w:lang w:val="it-IT"/>
        </w:rPr>
      </w:pPr>
    </w:p>
    <w:p w14:paraId="5CC9B68B"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D – FORMAZIONE SPECIFICA</w:t>
      </w:r>
    </w:p>
    <w:p w14:paraId="7B39939A" w14:textId="77777777" w:rsidR="008D3B1B" w:rsidRDefault="008D3B1B" w:rsidP="008D3B1B">
      <w:pPr>
        <w:adjustRightInd w:val="0"/>
        <w:spacing w:after="0" w:line="276" w:lineRule="auto"/>
        <w:jc w:val="both"/>
        <w:rPr>
          <w:sz w:val="24"/>
          <w:szCs w:val="24"/>
          <w:lang w:val="it-IT"/>
        </w:rPr>
      </w:pPr>
    </w:p>
    <w:p w14:paraId="416CD028" w14:textId="0928BF25" w:rsidR="008D3B1B" w:rsidRPr="008D3B1B" w:rsidRDefault="008D3B1B" w:rsidP="008D3B1B">
      <w:pPr>
        <w:adjustRightInd w:val="0"/>
        <w:spacing w:after="0" w:line="276" w:lineRule="auto"/>
        <w:jc w:val="both"/>
        <w:rPr>
          <w:sz w:val="24"/>
          <w:szCs w:val="24"/>
          <w:lang w:val="it-IT"/>
        </w:rPr>
      </w:pPr>
      <w:r w:rsidRPr="008D3B1B">
        <w:rPr>
          <w:sz w:val="24"/>
          <w:szCs w:val="24"/>
          <w:lang w:val="it-IT"/>
        </w:rPr>
        <w:t xml:space="preserve">Corsi di formazione documentati, della durata di </w:t>
      </w:r>
      <w:r w:rsidRPr="008D3B1B">
        <w:rPr>
          <w:b/>
          <w:bCs/>
          <w:sz w:val="24"/>
          <w:szCs w:val="24"/>
          <w:lang w:val="it-IT"/>
        </w:rPr>
        <w:t>almeno 20 ore</w:t>
      </w:r>
      <w:r w:rsidRPr="008D3B1B">
        <w:rPr>
          <w:sz w:val="24"/>
          <w:szCs w:val="24"/>
          <w:lang w:val="it-IT"/>
        </w:rPr>
        <w:t>, pertinenti all’educazione motoria, psicomotricità, attività ludico-motorie, metodologie motorie o inclusione attraverso il movimento.</w:t>
      </w:r>
    </w:p>
    <w:p w14:paraId="067A6A52"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3 punti per ciascun corso – massimo 15 punti</w:t>
      </w:r>
    </w:p>
    <w:p w14:paraId="416B2C58" w14:textId="77777777" w:rsidR="008D3B1B" w:rsidRPr="008D3B1B" w:rsidRDefault="008D3B1B"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2574"/>
        <w:gridCol w:w="2331"/>
        <w:gridCol w:w="992"/>
        <w:gridCol w:w="851"/>
        <w:gridCol w:w="1417"/>
        <w:gridCol w:w="1377"/>
      </w:tblGrid>
      <w:tr w:rsidR="00972EF1" w:rsidRPr="008D3B1B" w14:paraId="0C8CE6EB" w14:textId="77777777" w:rsidTr="00972EF1">
        <w:trPr>
          <w:tblHeader/>
          <w:tblCellSpacing w:w="15" w:type="dxa"/>
        </w:trPr>
        <w:tc>
          <w:tcPr>
            <w:tcW w:w="0" w:type="auto"/>
            <w:vAlign w:val="center"/>
            <w:hideMark/>
          </w:tcPr>
          <w:p w14:paraId="214D92D3"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0" w:type="auto"/>
            <w:vAlign w:val="center"/>
            <w:hideMark/>
          </w:tcPr>
          <w:p w14:paraId="3806639F"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Denominazione corso</w:t>
            </w:r>
          </w:p>
        </w:tc>
        <w:tc>
          <w:tcPr>
            <w:tcW w:w="2301" w:type="dxa"/>
            <w:vAlign w:val="center"/>
            <w:hideMark/>
          </w:tcPr>
          <w:p w14:paraId="6828A2BA"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Ente formatore</w:t>
            </w:r>
          </w:p>
        </w:tc>
        <w:tc>
          <w:tcPr>
            <w:tcW w:w="962" w:type="dxa"/>
            <w:vAlign w:val="center"/>
            <w:hideMark/>
          </w:tcPr>
          <w:p w14:paraId="79F79CD9"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Durata</w:t>
            </w:r>
          </w:p>
        </w:tc>
        <w:tc>
          <w:tcPr>
            <w:tcW w:w="821" w:type="dxa"/>
            <w:vAlign w:val="center"/>
            <w:hideMark/>
          </w:tcPr>
          <w:p w14:paraId="2B492486"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Anno</w:t>
            </w:r>
          </w:p>
        </w:tc>
        <w:tc>
          <w:tcPr>
            <w:tcW w:w="1387" w:type="dxa"/>
            <w:vAlign w:val="center"/>
            <w:hideMark/>
          </w:tcPr>
          <w:p w14:paraId="300AED8A"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1332" w:type="dxa"/>
            <w:vAlign w:val="center"/>
            <w:hideMark/>
          </w:tcPr>
          <w:p w14:paraId="2E479E33"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972EF1" w:rsidRPr="008D3B1B" w14:paraId="365A38AB" w14:textId="77777777" w:rsidTr="00972EF1">
        <w:trPr>
          <w:tblCellSpacing w:w="15" w:type="dxa"/>
        </w:trPr>
        <w:tc>
          <w:tcPr>
            <w:tcW w:w="0" w:type="auto"/>
            <w:vAlign w:val="center"/>
            <w:hideMark/>
          </w:tcPr>
          <w:p w14:paraId="1483776D"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0" w:type="auto"/>
            <w:vAlign w:val="center"/>
            <w:hideMark/>
          </w:tcPr>
          <w:p w14:paraId="128950F7" w14:textId="77777777" w:rsidR="008D3B1B" w:rsidRPr="008D3B1B" w:rsidRDefault="008D3B1B" w:rsidP="008D3B1B">
            <w:pPr>
              <w:adjustRightInd w:val="0"/>
              <w:spacing w:after="0" w:line="276" w:lineRule="auto"/>
              <w:jc w:val="both"/>
              <w:rPr>
                <w:sz w:val="24"/>
                <w:szCs w:val="24"/>
                <w:lang w:val="it-IT"/>
              </w:rPr>
            </w:pPr>
          </w:p>
        </w:tc>
        <w:tc>
          <w:tcPr>
            <w:tcW w:w="2301" w:type="dxa"/>
            <w:vAlign w:val="center"/>
            <w:hideMark/>
          </w:tcPr>
          <w:p w14:paraId="38F3C855" w14:textId="77777777" w:rsidR="008D3B1B" w:rsidRPr="008D3B1B" w:rsidRDefault="008D3B1B" w:rsidP="008D3B1B">
            <w:pPr>
              <w:adjustRightInd w:val="0"/>
              <w:spacing w:after="0" w:line="276" w:lineRule="auto"/>
              <w:jc w:val="both"/>
              <w:rPr>
                <w:sz w:val="24"/>
                <w:szCs w:val="24"/>
                <w:lang w:val="it-IT"/>
              </w:rPr>
            </w:pPr>
          </w:p>
        </w:tc>
        <w:tc>
          <w:tcPr>
            <w:tcW w:w="962" w:type="dxa"/>
            <w:vAlign w:val="center"/>
            <w:hideMark/>
          </w:tcPr>
          <w:p w14:paraId="7B592BFC" w14:textId="77777777" w:rsidR="008D3B1B" w:rsidRPr="008D3B1B" w:rsidRDefault="008D3B1B" w:rsidP="008D3B1B">
            <w:pPr>
              <w:adjustRightInd w:val="0"/>
              <w:spacing w:after="0" w:line="276" w:lineRule="auto"/>
              <w:jc w:val="both"/>
              <w:rPr>
                <w:sz w:val="24"/>
                <w:szCs w:val="24"/>
                <w:lang w:val="it-IT"/>
              </w:rPr>
            </w:pPr>
          </w:p>
        </w:tc>
        <w:tc>
          <w:tcPr>
            <w:tcW w:w="821" w:type="dxa"/>
            <w:vAlign w:val="center"/>
            <w:hideMark/>
          </w:tcPr>
          <w:p w14:paraId="26F94AD9" w14:textId="77777777" w:rsidR="008D3B1B" w:rsidRPr="008D3B1B" w:rsidRDefault="008D3B1B" w:rsidP="008D3B1B">
            <w:pPr>
              <w:adjustRightInd w:val="0"/>
              <w:spacing w:after="0" w:line="276" w:lineRule="auto"/>
              <w:jc w:val="both"/>
              <w:rPr>
                <w:sz w:val="24"/>
                <w:szCs w:val="24"/>
                <w:lang w:val="it-IT"/>
              </w:rPr>
            </w:pPr>
          </w:p>
        </w:tc>
        <w:tc>
          <w:tcPr>
            <w:tcW w:w="1387" w:type="dxa"/>
            <w:vAlign w:val="center"/>
            <w:hideMark/>
          </w:tcPr>
          <w:p w14:paraId="44B93AAD" w14:textId="77777777" w:rsidR="008D3B1B" w:rsidRPr="008D3B1B" w:rsidRDefault="008D3B1B" w:rsidP="008D3B1B">
            <w:pPr>
              <w:adjustRightInd w:val="0"/>
              <w:spacing w:after="0" w:line="276" w:lineRule="auto"/>
              <w:jc w:val="both"/>
              <w:rPr>
                <w:sz w:val="24"/>
                <w:szCs w:val="24"/>
                <w:lang w:val="it-IT"/>
              </w:rPr>
            </w:pPr>
          </w:p>
        </w:tc>
        <w:tc>
          <w:tcPr>
            <w:tcW w:w="1332" w:type="dxa"/>
            <w:vAlign w:val="center"/>
            <w:hideMark/>
          </w:tcPr>
          <w:p w14:paraId="110CE281" w14:textId="77777777" w:rsidR="008D3B1B" w:rsidRPr="008D3B1B" w:rsidRDefault="008D3B1B" w:rsidP="008D3B1B">
            <w:pPr>
              <w:adjustRightInd w:val="0"/>
              <w:spacing w:after="0" w:line="276" w:lineRule="auto"/>
              <w:jc w:val="both"/>
              <w:rPr>
                <w:sz w:val="24"/>
                <w:szCs w:val="24"/>
                <w:lang w:val="it-IT"/>
              </w:rPr>
            </w:pPr>
          </w:p>
        </w:tc>
      </w:tr>
      <w:tr w:rsidR="00972EF1" w:rsidRPr="008D3B1B" w14:paraId="7F1644E3" w14:textId="77777777" w:rsidTr="00972EF1">
        <w:trPr>
          <w:tblCellSpacing w:w="15" w:type="dxa"/>
        </w:trPr>
        <w:tc>
          <w:tcPr>
            <w:tcW w:w="0" w:type="auto"/>
            <w:vAlign w:val="center"/>
            <w:hideMark/>
          </w:tcPr>
          <w:p w14:paraId="3E3CCEBD"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0" w:type="auto"/>
            <w:vAlign w:val="center"/>
            <w:hideMark/>
          </w:tcPr>
          <w:p w14:paraId="3DD4019A" w14:textId="77777777" w:rsidR="008D3B1B" w:rsidRPr="008D3B1B" w:rsidRDefault="008D3B1B" w:rsidP="008D3B1B">
            <w:pPr>
              <w:adjustRightInd w:val="0"/>
              <w:spacing w:after="0" w:line="276" w:lineRule="auto"/>
              <w:jc w:val="both"/>
              <w:rPr>
                <w:sz w:val="24"/>
                <w:szCs w:val="24"/>
                <w:lang w:val="it-IT"/>
              </w:rPr>
            </w:pPr>
          </w:p>
        </w:tc>
        <w:tc>
          <w:tcPr>
            <w:tcW w:w="2301" w:type="dxa"/>
            <w:vAlign w:val="center"/>
            <w:hideMark/>
          </w:tcPr>
          <w:p w14:paraId="094E3BBA" w14:textId="77777777" w:rsidR="008D3B1B" w:rsidRPr="008D3B1B" w:rsidRDefault="008D3B1B" w:rsidP="008D3B1B">
            <w:pPr>
              <w:adjustRightInd w:val="0"/>
              <w:spacing w:after="0" w:line="276" w:lineRule="auto"/>
              <w:jc w:val="both"/>
              <w:rPr>
                <w:sz w:val="24"/>
                <w:szCs w:val="24"/>
                <w:lang w:val="it-IT"/>
              </w:rPr>
            </w:pPr>
          </w:p>
        </w:tc>
        <w:tc>
          <w:tcPr>
            <w:tcW w:w="962" w:type="dxa"/>
            <w:vAlign w:val="center"/>
            <w:hideMark/>
          </w:tcPr>
          <w:p w14:paraId="19560CB0" w14:textId="77777777" w:rsidR="008D3B1B" w:rsidRPr="008D3B1B" w:rsidRDefault="008D3B1B" w:rsidP="008D3B1B">
            <w:pPr>
              <w:adjustRightInd w:val="0"/>
              <w:spacing w:after="0" w:line="276" w:lineRule="auto"/>
              <w:jc w:val="both"/>
              <w:rPr>
                <w:sz w:val="24"/>
                <w:szCs w:val="24"/>
                <w:lang w:val="it-IT"/>
              </w:rPr>
            </w:pPr>
          </w:p>
        </w:tc>
        <w:tc>
          <w:tcPr>
            <w:tcW w:w="821" w:type="dxa"/>
            <w:vAlign w:val="center"/>
            <w:hideMark/>
          </w:tcPr>
          <w:p w14:paraId="153185AB" w14:textId="77777777" w:rsidR="008D3B1B" w:rsidRPr="008D3B1B" w:rsidRDefault="008D3B1B" w:rsidP="008D3B1B">
            <w:pPr>
              <w:adjustRightInd w:val="0"/>
              <w:spacing w:after="0" w:line="276" w:lineRule="auto"/>
              <w:jc w:val="both"/>
              <w:rPr>
                <w:sz w:val="24"/>
                <w:szCs w:val="24"/>
                <w:lang w:val="it-IT"/>
              </w:rPr>
            </w:pPr>
          </w:p>
        </w:tc>
        <w:tc>
          <w:tcPr>
            <w:tcW w:w="1387" w:type="dxa"/>
            <w:vAlign w:val="center"/>
            <w:hideMark/>
          </w:tcPr>
          <w:p w14:paraId="27E1C0C6" w14:textId="77777777" w:rsidR="008D3B1B" w:rsidRPr="008D3B1B" w:rsidRDefault="008D3B1B" w:rsidP="008D3B1B">
            <w:pPr>
              <w:adjustRightInd w:val="0"/>
              <w:spacing w:after="0" w:line="276" w:lineRule="auto"/>
              <w:jc w:val="both"/>
              <w:rPr>
                <w:sz w:val="24"/>
                <w:szCs w:val="24"/>
                <w:lang w:val="it-IT"/>
              </w:rPr>
            </w:pPr>
          </w:p>
        </w:tc>
        <w:tc>
          <w:tcPr>
            <w:tcW w:w="1332" w:type="dxa"/>
            <w:vAlign w:val="center"/>
            <w:hideMark/>
          </w:tcPr>
          <w:p w14:paraId="1AAD22A1" w14:textId="77777777" w:rsidR="008D3B1B" w:rsidRPr="008D3B1B" w:rsidRDefault="008D3B1B" w:rsidP="008D3B1B">
            <w:pPr>
              <w:adjustRightInd w:val="0"/>
              <w:spacing w:after="0" w:line="276" w:lineRule="auto"/>
              <w:jc w:val="both"/>
              <w:rPr>
                <w:sz w:val="24"/>
                <w:szCs w:val="24"/>
                <w:lang w:val="it-IT"/>
              </w:rPr>
            </w:pPr>
          </w:p>
        </w:tc>
      </w:tr>
      <w:tr w:rsidR="00972EF1" w:rsidRPr="008D3B1B" w14:paraId="21F171A4" w14:textId="77777777" w:rsidTr="00972EF1">
        <w:trPr>
          <w:tblCellSpacing w:w="15" w:type="dxa"/>
        </w:trPr>
        <w:tc>
          <w:tcPr>
            <w:tcW w:w="0" w:type="auto"/>
            <w:vAlign w:val="center"/>
            <w:hideMark/>
          </w:tcPr>
          <w:p w14:paraId="145DC6D5"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lastRenderedPageBreak/>
              <w:t>3</w:t>
            </w:r>
          </w:p>
        </w:tc>
        <w:tc>
          <w:tcPr>
            <w:tcW w:w="0" w:type="auto"/>
            <w:vAlign w:val="center"/>
            <w:hideMark/>
          </w:tcPr>
          <w:p w14:paraId="6CA19159" w14:textId="77777777" w:rsidR="008D3B1B" w:rsidRPr="008D3B1B" w:rsidRDefault="008D3B1B" w:rsidP="008D3B1B">
            <w:pPr>
              <w:adjustRightInd w:val="0"/>
              <w:spacing w:after="0" w:line="276" w:lineRule="auto"/>
              <w:jc w:val="both"/>
              <w:rPr>
                <w:sz w:val="24"/>
                <w:szCs w:val="24"/>
                <w:lang w:val="it-IT"/>
              </w:rPr>
            </w:pPr>
          </w:p>
        </w:tc>
        <w:tc>
          <w:tcPr>
            <w:tcW w:w="2301" w:type="dxa"/>
            <w:vAlign w:val="center"/>
            <w:hideMark/>
          </w:tcPr>
          <w:p w14:paraId="0D51F779" w14:textId="77777777" w:rsidR="008D3B1B" w:rsidRPr="008D3B1B" w:rsidRDefault="008D3B1B" w:rsidP="008D3B1B">
            <w:pPr>
              <w:adjustRightInd w:val="0"/>
              <w:spacing w:after="0" w:line="276" w:lineRule="auto"/>
              <w:jc w:val="both"/>
              <w:rPr>
                <w:sz w:val="24"/>
                <w:szCs w:val="24"/>
                <w:lang w:val="it-IT"/>
              </w:rPr>
            </w:pPr>
          </w:p>
        </w:tc>
        <w:tc>
          <w:tcPr>
            <w:tcW w:w="962" w:type="dxa"/>
            <w:vAlign w:val="center"/>
            <w:hideMark/>
          </w:tcPr>
          <w:p w14:paraId="1C8FA56A" w14:textId="77777777" w:rsidR="008D3B1B" w:rsidRPr="008D3B1B" w:rsidRDefault="008D3B1B" w:rsidP="008D3B1B">
            <w:pPr>
              <w:adjustRightInd w:val="0"/>
              <w:spacing w:after="0" w:line="276" w:lineRule="auto"/>
              <w:jc w:val="both"/>
              <w:rPr>
                <w:sz w:val="24"/>
                <w:szCs w:val="24"/>
                <w:lang w:val="it-IT"/>
              </w:rPr>
            </w:pPr>
          </w:p>
        </w:tc>
        <w:tc>
          <w:tcPr>
            <w:tcW w:w="821" w:type="dxa"/>
            <w:vAlign w:val="center"/>
            <w:hideMark/>
          </w:tcPr>
          <w:p w14:paraId="4DC99FC9" w14:textId="77777777" w:rsidR="008D3B1B" w:rsidRPr="008D3B1B" w:rsidRDefault="008D3B1B" w:rsidP="008D3B1B">
            <w:pPr>
              <w:adjustRightInd w:val="0"/>
              <w:spacing w:after="0" w:line="276" w:lineRule="auto"/>
              <w:jc w:val="both"/>
              <w:rPr>
                <w:sz w:val="24"/>
                <w:szCs w:val="24"/>
                <w:lang w:val="it-IT"/>
              </w:rPr>
            </w:pPr>
          </w:p>
        </w:tc>
        <w:tc>
          <w:tcPr>
            <w:tcW w:w="1387" w:type="dxa"/>
            <w:vAlign w:val="center"/>
            <w:hideMark/>
          </w:tcPr>
          <w:p w14:paraId="4B03B869" w14:textId="77777777" w:rsidR="008D3B1B" w:rsidRPr="008D3B1B" w:rsidRDefault="008D3B1B" w:rsidP="008D3B1B">
            <w:pPr>
              <w:adjustRightInd w:val="0"/>
              <w:spacing w:after="0" w:line="276" w:lineRule="auto"/>
              <w:jc w:val="both"/>
              <w:rPr>
                <w:sz w:val="24"/>
                <w:szCs w:val="24"/>
                <w:lang w:val="it-IT"/>
              </w:rPr>
            </w:pPr>
          </w:p>
        </w:tc>
        <w:tc>
          <w:tcPr>
            <w:tcW w:w="1332" w:type="dxa"/>
            <w:vAlign w:val="center"/>
            <w:hideMark/>
          </w:tcPr>
          <w:p w14:paraId="68C67E8A" w14:textId="77777777" w:rsidR="008D3B1B" w:rsidRPr="008D3B1B" w:rsidRDefault="008D3B1B" w:rsidP="008D3B1B">
            <w:pPr>
              <w:adjustRightInd w:val="0"/>
              <w:spacing w:after="0" w:line="276" w:lineRule="auto"/>
              <w:jc w:val="both"/>
              <w:rPr>
                <w:sz w:val="24"/>
                <w:szCs w:val="24"/>
                <w:lang w:val="it-IT"/>
              </w:rPr>
            </w:pPr>
          </w:p>
        </w:tc>
      </w:tr>
      <w:tr w:rsidR="00972EF1" w:rsidRPr="008D3B1B" w14:paraId="6FE32DC9" w14:textId="77777777" w:rsidTr="00972EF1">
        <w:trPr>
          <w:tblCellSpacing w:w="15" w:type="dxa"/>
        </w:trPr>
        <w:tc>
          <w:tcPr>
            <w:tcW w:w="0" w:type="auto"/>
            <w:vAlign w:val="center"/>
            <w:hideMark/>
          </w:tcPr>
          <w:p w14:paraId="46A15D92"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4</w:t>
            </w:r>
          </w:p>
        </w:tc>
        <w:tc>
          <w:tcPr>
            <w:tcW w:w="0" w:type="auto"/>
            <w:vAlign w:val="center"/>
            <w:hideMark/>
          </w:tcPr>
          <w:p w14:paraId="378F7E56" w14:textId="77777777" w:rsidR="008D3B1B" w:rsidRPr="008D3B1B" w:rsidRDefault="008D3B1B" w:rsidP="008D3B1B">
            <w:pPr>
              <w:adjustRightInd w:val="0"/>
              <w:spacing w:after="0" w:line="276" w:lineRule="auto"/>
              <w:jc w:val="both"/>
              <w:rPr>
                <w:sz w:val="24"/>
                <w:szCs w:val="24"/>
                <w:lang w:val="it-IT"/>
              </w:rPr>
            </w:pPr>
          </w:p>
        </w:tc>
        <w:tc>
          <w:tcPr>
            <w:tcW w:w="2301" w:type="dxa"/>
            <w:vAlign w:val="center"/>
            <w:hideMark/>
          </w:tcPr>
          <w:p w14:paraId="16EE69FC" w14:textId="77777777" w:rsidR="008D3B1B" w:rsidRPr="008D3B1B" w:rsidRDefault="008D3B1B" w:rsidP="008D3B1B">
            <w:pPr>
              <w:adjustRightInd w:val="0"/>
              <w:spacing w:after="0" w:line="276" w:lineRule="auto"/>
              <w:jc w:val="both"/>
              <w:rPr>
                <w:sz w:val="24"/>
                <w:szCs w:val="24"/>
                <w:lang w:val="it-IT"/>
              </w:rPr>
            </w:pPr>
          </w:p>
        </w:tc>
        <w:tc>
          <w:tcPr>
            <w:tcW w:w="962" w:type="dxa"/>
            <w:vAlign w:val="center"/>
            <w:hideMark/>
          </w:tcPr>
          <w:p w14:paraId="536499A0" w14:textId="77777777" w:rsidR="008D3B1B" w:rsidRPr="008D3B1B" w:rsidRDefault="008D3B1B" w:rsidP="008D3B1B">
            <w:pPr>
              <w:adjustRightInd w:val="0"/>
              <w:spacing w:after="0" w:line="276" w:lineRule="auto"/>
              <w:jc w:val="both"/>
              <w:rPr>
                <w:sz w:val="24"/>
                <w:szCs w:val="24"/>
                <w:lang w:val="it-IT"/>
              </w:rPr>
            </w:pPr>
          </w:p>
        </w:tc>
        <w:tc>
          <w:tcPr>
            <w:tcW w:w="821" w:type="dxa"/>
            <w:vAlign w:val="center"/>
            <w:hideMark/>
          </w:tcPr>
          <w:p w14:paraId="556667FD" w14:textId="77777777" w:rsidR="008D3B1B" w:rsidRPr="008D3B1B" w:rsidRDefault="008D3B1B" w:rsidP="008D3B1B">
            <w:pPr>
              <w:adjustRightInd w:val="0"/>
              <w:spacing w:after="0" w:line="276" w:lineRule="auto"/>
              <w:jc w:val="both"/>
              <w:rPr>
                <w:sz w:val="24"/>
                <w:szCs w:val="24"/>
                <w:lang w:val="it-IT"/>
              </w:rPr>
            </w:pPr>
          </w:p>
        </w:tc>
        <w:tc>
          <w:tcPr>
            <w:tcW w:w="1387" w:type="dxa"/>
            <w:vAlign w:val="center"/>
            <w:hideMark/>
          </w:tcPr>
          <w:p w14:paraId="54B03F15" w14:textId="77777777" w:rsidR="008D3B1B" w:rsidRPr="008D3B1B" w:rsidRDefault="008D3B1B" w:rsidP="008D3B1B">
            <w:pPr>
              <w:adjustRightInd w:val="0"/>
              <w:spacing w:after="0" w:line="276" w:lineRule="auto"/>
              <w:jc w:val="both"/>
              <w:rPr>
                <w:sz w:val="24"/>
                <w:szCs w:val="24"/>
                <w:lang w:val="it-IT"/>
              </w:rPr>
            </w:pPr>
          </w:p>
        </w:tc>
        <w:tc>
          <w:tcPr>
            <w:tcW w:w="1332" w:type="dxa"/>
            <w:vAlign w:val="center"/>
            <w:hideMark/>
          </w:tcPr>
          <w:p w14:paraId="0870F13C" w14:textId="77777777" w:rsidR="008D3B1B" w:rsidRPr="008D3B1B" w:rsidRDefault="008D3B1B" w:rsidP="008D3B1B">
            <w:pPr>
              <w:adjustRightInd w:val="0"/>
              <w:spacing w:after="0" w:line="276" w:lineRule="auto"/>
              <w:jc w:val="both"/>
              <w:rPr>
                <w:sz w:val="24"/>
                <w:szCs w:val="24"/>
                <w:lang w:val="it-IT"/>
              </w:rPr>
            </w:pPr>
          </w:p>
        </w:tc>
      </w:tr>
      <w:tr w:rsidR="00972EF1" w:rsidRPr="008D3B1B" w14:paraId="77904623" w14:textId="77777777" w:rsidTr="00972EF1">
        <w:trPr>
          <w:tblCellSpacing w:w="15" w:type="dxa"/>
        </w:trPr>
        <w:tc>
          <w:tcPr>
            <w:tcW w:w="0" w:type="auto"/>
            <w:vAlign w:val="center"/>
            <w:hideMark/>
          </w:tcPr>
          <w:p w14:paraId="7960718D"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5</w:t>
            </w:r>
          </w:p>
        </w:tc>
        <w:tc>
          <w:tcPr>
            <w:tcW w:w="0" w:type="auto"/>
            <w:vAlign w:val="center"/>
            <w:hideMark/>
          </w:tcPr>
          <w:p w14:paraId="03F1200B" w14:textId="77777777" w:rsidR="008D3B1B" w:rsidRPr="008D3B1B" w:rsidRDefault="008D3B1B" w:rsidP="008D3B1B">
            <w:pPr>
              <w:adjustRightInd w:val="0"/>
              <w:spacing w:after="0" w:line="276" w:lineRule="auto"/>
              <w:jc w:val="both"/>
              <w:rPr>
                <w:sz w:val="24"/>
                <w:szCs w:val="24"/>
                <w:lang w:val="it-IT"/>
              </w:rPr>
            </w:pPr>
          </w:p>
        </w:tc>
        <w:tc>
          <w:tcPr>
            <w:tcW w:w="2301" w:type="dxa"/>
            <w:vAlign w:val="center"/>
            <w:hideMark/>
          </w:tcPr>
          <w:p w14:paraId="5466F62D" w14:textId="77777777" w:rsidR="008D3B1B" w:rsidRPr="008D3B1B" w:rsidRDefault="008D3B1B" w:rsidP="008D3B1B">
            <w:pPr>
              <w:adjustRightInd w:val="0"/>
              <w:spacing w:after="0" w:line="276" w:lineRule="auto"/>
              <w:jc w:val="both"/>
              <w:rPr>
                <w:sz w:val="24"/>
                <w:szCs w:val="24"/>
                <w:lang w:val="it-IT"/>
              </w:rPr>
            </w:pPr>
          </w:p>
        </w:tc>
        <w:tc>
          <w:tcPr>
            <w:tcW w:w="962" w:type="dxa"/>
            <w:vAlign w:val="center"/>
            <w:hideMark/>
          </w:tcPr>
          <w:p w14:paraId="0CFEEE53" w14:textId="77777777" w:rsidR="008D3B1B" w:rsidRPr="008D3B1B" w:rsidRDefault="008D3B1B" w:rsidP="008D3B1B">
            <w:pPr>
              <w:adjustRightInd w:val="0"/>
              <w:spacing w:after="0" w:line="276" w:lineRule="auto"/>
              <w:jc w:val="both"/>
              <w:rPr>
                <w:sz w:val="24"/>
                <w:szCs w:val="24"/>
                <w:lang w:val="it-IT"/>
              </w:rPr>
            </w:pPr>
          </w:p>
        </w:tc>
        <w:tc>
          <w:tcPr>
            <w:tcW w:w="821" w:type="dxa"/>
            <w:vAlign w:val="center"/>
            <w:hideMark/>
          </w:tcPr>
          <w:p w14:paraId="2B098EB1" w14:textId="77777777" w:rsidR="008D3B1B" w:rsidRPr="008D3B1B" w:rsidRDefault="008D3B1B" w:rsidP="008D3B1B">
            <w:pPr>
              <w:adjustRightInd w:val="0"/>
              <w:spacing w:after="0" w:line="276" w:lineRule="auto"/>
              <w:jc w:val="both"/>
              <w:rPr>
                <w:sz w:val="24"/>
                <w:szCs w:val="24"/>
                <w:lang w:val="it-IT"/>
              </w:rPr>
            </w:pPr>
          </w:p>
        </w:tc>
        <w:tc>
          <w:tcPr>
            <w:tcW w:w="1387" w:type="dxa"/>
            <w:vAlign w:val="center"/>
            <w:hideMark/>
          </w:tcPr>
          <w:p w14:paraId="28B3DA0B" w14:textId="77777777" w:rsidR="008D3B1B" w:rsidRPr="008D3B1B" w:rsidRDefault="008D3B1B" w:rsidP="008D3B1B">
            <w:pPr>
              <w:adjustRightInd w:val="0"/>
              <w:spacing w:after="0" w:line="276" w:lineRule="auto"/>
              <w:jc w:val="both"/>
              <w:rPr>
                <w:sz w:val="24"/>
                <w:szCs w:val="24"/>
                <w:lang w:val="it-IT"/>
              </w:rPr>
            </w:pPr>
          </w:p>
        </w:tc>
        <w:tc>
          <w:tcPr>
            <w:tcW w:w="1332" w:type="dxa"/>
            <w:vAlign w:val="center"/>
            <w:hideMark/>
          </w:tcPr>
          <w:p w14:paraId="16C0A540" w14:textId="77777777" w:rsidR="008D3B1B" w:rsidRPr="008D3B1B" w:rsidRDefault="008D3B1B" w:rsidP="008D3B1B">
            <w:pPr>
              <w:adjustRightInd w:val="0"/>
              <w:spacing w:after="0" w:line="276" w:lineRule="auto"/>
              <w:jc w:val="both"/>
              <w:rPr>
                <w:sz w:val="24"/>
                <w:szCs w:val="24"/>
                <w:lang w:val="it-IT"/>
              </w:rPr>
            </w:pPr>
          </w:p>
        </w:tc>
      </w:tr>
    </w:tbl>
    <w:p w14:paraId="21AFA6D7" w14:textId="77777777" w:rsidR="008D3B1B" w:rsidRDefault="008D3B1B" w:rsidP="008D3B1B">
      <w:pPr>
        <w:adjustRightInd w:val="0"/>
        <w:spacing w:after="0" w:line="276" w:lineRule="auto"/>
        <w:jc w:val="both"/>
        <w:rPr>
          <w:b/>
          <w:bCs/>
          <w:sz w:val="24"/>
          <w:szCs w:val="24"/>
          <w:lang w:val="it-IT"/>
        </w:rPr>
      </w:pPr>
    </w:p>
    <w:p w14:paraId="74DFAE43" w14:textId="47910668"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 categoria D:</w:t>
      </w:r>
      <w:r w:rsidRPr="008D3B1B">
        <w:rPr>
          <w:sz w:val="24"/>
          <w:szCs w:val="24"/>
          <w:lang w:val="it-IT"/>
        </w:rPr>
        <w:t xml:space="preserve"> ______ / 15</w:t>
      </w:r>
    </w:p>
    <w:p w14:paraId="442D42CA" w14:textId="6AA03E86" w:rsidR="008D3B1B" w:rsidRPr="008D3B1B" w:rsidRDefault="008D3B1B" w:rsidP="008D3B1B">
      <w:pPr>
        <w:adjustRightInd w:val="0"/>
        <w:spacing w:after="0" w:line="276" w:lineRule="auto"/>
        <w:jc w:val="both"/>
        <w:rPr>
          <w:sz w:val="24"/>
          <w:szCs w:val="24"/>
          <w:lang w:val="it-IT"/>
        </w:rPr>
      </w:pPr>
    </w:p>
    <w:p w14:paraId="1768225E"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 – ESPERIENZE PROFESSIONALI SPORTIVE E MOTORIE</w:t>
      </w:r>
    </w:p>
    <w:p w14:paraId="257710A6" w14:textId="77777777" w:rsidR="008D3B1B" w:rsidRDefault="008D3B1B" w:rsidP="008D3B1B">
      <w:pPr>
        <w:adjustRightInd w:val="0"/>
        <w:spacing w:after="0" w:line="276" w:lineRule="auto"/>
        <w:jc w:val="both"/>
        <w:rPr>
          <w:sz w:val="24"/>
          <w:szCs w:val="24"/>
          <w:lang w:val="it-IT"/>
        </w:rPr>
      </w:pPr>
    </w:p>
    <w:p w14:paraId="10FB219B" w14:textId="208B9244" w:rsidR="008D3B1B" w:rsidRPr="008D3B1B" w:rsidRDefault="008D3B1B" w:rsidP="008D3B1B">
      <w:pPr>
        <w:adjustRightInd w:val="0"/>
        <w:spacing w:after="0" w:line="276" w:lineRule="auto"/>
        <w:jc w:val="both"/>
        <w:rPr>
          <w:sz w:val="24"/>
          <w:szCs w:val="24"/>
          <w:lang w:val="it-IT"/>
        </w:rPr>
      </w:pPr>
      <w:r w:rsidRPr="008D3B1B">
        <w:rPr>
          <w:sz w:val="24"/>
          <w:szCs w:val="24"/>
          <w:lang w:val="it-IT"/>
        </w:rPr>
        <w:t xml:space="preserve">Esperienze professionali documentate come </w:t>
      </w:r>
      <w:r w:rsidRPr="008D3B1B">
        <w:rPr>
          <w:b/>
          <w:bCs/>
          <w:sz w:val="24"/>
          <w:szCs w:val="24"/>
          <w:lang w:val="it-IT"/>
        </w:rPr>
        <w:t>istruttore, tecnico, allenatore, educatore motorio o figura equivalente</w:t>
      </w:r>
      <w:r w:rsidRPr="008D3B1B">
        <w:rPr>
          <w:sz w:val="24"/>
          <w:szCs w:val="24"/>
          <w:lang w:val="it-IT"/>
        </w:rPr>
        <w:t xml:space="preserve"> in attività motorie o sportive rivolte a bambini/minori.</w:t>
      </w:r>
    </w:p>
    <w:p w14:paraId="0D44E64B"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5 punti per ciascun incarico/esperienza – massimo 20 punti</w:t>
      </w:r>
    </w:p>
    <w:p w14:paraId="4EE5CAB2" w14:textId="77777777" w:rsidR="008D3B1B" w:rsidRPr="008D3B1B" w:rsidRDefault="008D3B1B"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10"/>
        <w:gridCol w:w="2520"/>
        <w:gridCol w:w="2571"/>
        <w:gridCol w:w="973"/>
        <w:gridCol w:w="1533"/>
        <w:gridCol w:w="1098"/>
        <w:gridCol w:w="957"/>
      </w:tblGrid>
      <w:tr w:rsidR="00972EF1" w:rsidRPr="008D3B1B" w14:paraId="2D9728F7" w14:textId="77777777" w:rsidTr="00972EF1">
        <w:trPr>
          <w:tblHeader/>
          <w:tblCellSpacing w:w="15" w:type="dxa"/>
        </w:trPr>
        <w:tc>
          <w:tcPr>
            <w:tcW w:w="265" w:type="dxa"/>
            <w:vAlign w:val="center"/>
            <w:hideMark/>
          </w:tcPr>
          <w:p w14:paraId="27437A74"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2490" w:type="dxa"/>
            <w:vAlign w:val="center"/>
            <w:hideMark/>
          </w:tcPr>
          <w:p w14:paraId="62BD7840"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Attività/esperienza</w:t>
            </w:r>
          </w:p>
        </w:tc>
        <w:tc>
          <w:tcPr>
            <w:tcW w:w="2541" w:type="dxa"/>
            <w:vAlign w:val="center"/>
            <w:hideMark/>
          </w:tcPr>
          <w:p w14:paraId="19BB0D5D"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Ente/Associazione/Istituzione</w:t>
            </w:r>
          </w:p>
        </w:tc>
        <w:tc>
          <w:tcPr>
            <w:tcW w:w="943" w:type="dxa"/>
            <w:vAlign w:val="center"/>
            <w:hideMark/>
          </w:tcPr>
          <w:p w14:paraId="37FC61A8"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Ruolo</w:t>
            </w:r>
          </w:p>
        </w:tc>
        <w:tc>
          <w:tcPr>
            <w:tcW w:w="1503" w:type="dxa"/>
            <w:vAlign w:val="center"/>
            <w:hideMark/>
          </w:tcPr>
          <w:p w14:paraId="683B3EB3"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Periodo/elementi di verifica</w:t>
            </w:r>
          </w:p>
        </w:tc>
        <w:tc>
          <w:tcPr>
            <w:tcW w:w="1068" w:type="dxa"/>
            <w:vAlign w:val="center"/>
            <w:hideMark/>
          </w:tcPr>
          <w:p w14:paraId="43E13C9B"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912" w:type="dxa"/>
            <w:vAlign w:val="center"/>
            <w:hideMark/>
          </w:tcPr>
          <w:p w14:paraId="32DEEF82"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972EF1" w:rsidRPr="008D3B1B" w14:paraId="452D14B1" w14:textId="77777777" w:rsidTr="00972EF1">
        <w:trPr>
          <w:tblCellSpacing w:w="15" w:type="dxa"/>
        </w:trPr>
        <w:tc>
          <w:tcPr>
            <w:tcW w:w="265" w:type="dxa"/>
            <w:vAlign w:val="center"/>
            <w:hideMark/>
          </w:tcPr>
          <w:p w14:paraId="1B0B644C"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2490" w:type="dxa"/>
            <w:vAlign w:val="center"/>
            <w:hideMark/>
          </w:tcPr>
          <w:p w14:paraId="1F1385E9" w14:textId="77777777" w:rsidR="008D3B1B" w:rsidRPr="008D3B1B" w:rsidRDefault="008D3B1B" w:rsidP="008D3B1B">
            <w:pPr>
              <w:adjustRightInd w:val="0"/>
              <w:spacing w:after="0" w:line="276" w:lineRule="auto"/>
              <w:jc w:val="both"/>
              <w:rPr>
                <w:sz w:val="24"/>
                <w:szCs w:val="24"/>
                <w:lang w:val="it-IT"/>
              </w:rPr>
            </w:pPr>
          </w:p>
        </w:tc>
        <w:tc>
          <w:tcPr>
            <w:tcW w:w="2541" w:type="dxa"/>
            <w:vAlign w:val="center"/>
            <w:hideMark/>
          </w:tcPr>
          <w:p w14:paraId="4B050E5D" w14:textId="77777777" w:rsidR="008D3B1B" w:rsidRPr="008D3B1B" w:rsidRDefault="008D3B1B" w:rsidP="008D3B1B">
            <w:pPr>
              <w:adjustRightInd w:val="0"/>
              <w:spacing w:after="0" w:line="276" w:lineRule="auto"/>
              <w:jc w:val="both"/>
              <w:rPr>
                <w:sz w:val="24"/>
                <w:szCs w:val="24"/>
                <w:lang w:val="it-IT"/>
              </w:rPr>
            </w:pPr>
          </w:p>
        </w:tc>
        <w:tc>
          <w:tcPr>
            <w:tcW w:w="943" w:type="dxa"/>
            <w:vAlign w:val="center"/>
            <w:hideMark/>
          </w:tcPr>
          <w:p w14:paraId="1C04F402" w14:textId="77777777" w:rsidR="008D3B1B" w:rsidRPr="008D3B1B" w:rsidRDefault="008D3B1B" w:rsidP="008D3B1B">
            <w:pPr>
              <w:adjustRightInd w:val="0"/>
              <w:spacing w:after="0" w:line="276" w:lineRule="auto"/>
              <w:jc w:val="both"/>
              <w:rPr>
                <w:sz w:val="24"/>
                <w:szCs w:val="24"/>
                <w:lang w:val="it-IT"/>
              </w:rPr>
            </w:pPr>
          </w:p>
        </w:tc>
        <w:tc>
          <w:tcPr>
            <w:tcW w:w="1503" w:type="dxa"/>
            <w:vAlign w:val="center"/>
            <w:hideMark/>
          </w:tcPr>
          <w:p w14:paraId="0511ABA0" w14:textId="77777777" w:rsidR="008D3B1B" w:rsidRPr="008D3B1B" w:rsidRDefault="008D3B1B" w:rsidP="008D3B1B">
            <w:pPr>
              <w:adjustRightInd w:val="0"/>
              <w:spacing w:after="0" w:line="276" w:lineRule="auto"/>
              <w:jc w:val="both"/>
              <w:rPr>
                <w:sz w:val="24"/>
                <w:szCs w:val="24"/>
                <w:lang w:val="it-IT"/>
              </w:rPr>
            </w:pPr>
          </w:p>
        </w:tc>
        <w:tc>
          <w:tcPr>
            <w:tcW w:w="1068" w:type="dxa"/>
            <w:vAlign w:val="center"/>
            <w:hideMark/>
          </w:tcPr>
          <w:p w14:paraId="11F1C3C3" w14:textId="77777777" w:rsidR="008D3B1B" w:rsidRPr="008D3B1B" w:rsidRDefault="008D3B1B" w:rsidP="008D3B1B">
            <w:pPr>
              <w:adjustRightInd w:val="0"/>
              <w:spacing w:after="0" w:line="276" w:lineRule="auto"/>
              <w:jc w:val="both"/>
              <w:rPr>
                <w:sz w:val="24"/>
                <w:szCs w:val="24"/>
                <w:lang w:val="it-IT"/>
              </w:rPr>
            </w:pPr>
          </w:p>
        </w:tc>
        <w:tc>
          <w:tcPr>
            <w:tcW w:w="912" w:type="dxa"/>
            <w:vAlign w:val="center"/>
            <w:hideMark/>
          </w:tcPr>
          <w:p w14:paraId="02EFD0E2" w14:textId="77777777" w:rsidR="008D3B1B" w:rsidRPr="008D3B1B" w:rsidRDefault="008D3B1B" w:rsidP="008D3B1B">
            <w:pPr>
              <w:adjustRightInd w:val="0"/>
              <w:spacing w:after="0" w:line="276" w:lineRule="auto"/>
              <w:jc w:val="both"/>
              <w:rPr>
                <w:sz w:val="24"/>
                <w:szCs w:val="24"/>
                <w:lang w:val="it-IT"/>
              </w:rPr>
            </w:pPr>
          </w:p>
        </w:tc>
      </w:tr>
      <w:tr w:rsidR="00972EF1" w:rsidRPr="008D3B1B" w14:paraId="57ADCCB1" w14:textId="77777777" w:rsidTr="00972EF1">
        <w:trPr>
          <w:tblCellSpacing w:w="15" w:type="dxa"/>
        </w:trPr>
        <w:tc>
          <w:tcPr>
            <w:tcW w:w="265" w:type="dxa"/>
            <w:vAlign w:val="center"/>
            <w:hideMark/>
          </w:tcPr>
          <w:p w14:paraId="6D7F92AE"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2490" w:type="dxa"/>
            <w:vAlign w:val="center"/>
            <w:hideMark/>
          </w:tcPr>
          <w:p w14:paraId="522B1FE3" w14:textId="77777777" w:rsidR="008D3B1B" w:rsidRPr="008D3B1B" w:rsidRDefault="008D3B1B" w:rsidP="008D3B1B">
            <w:pPr>
              <w:adjustRightInd w:val="0"/>
              <w:spacing w:after="0" w:line="276" w:lineRule="auto"/>
              <w:jc w:val="both"/>
              <w:rPr>
                <w:sz w:val="24"/>
                <w:szCs w:val="24"/>
                <w:lang w:val="it-IT"/>
              </w:rPr>
            </w:pPr>
          </w:p>
        </w:tc>
        <w:tc>
          <w:tcPr>
            <w:tcW w:w="2541" w:type="dxa"/>
            <w:vAlign w:val="center"/>
            <w:hideMark/>
          </w:tcPr>
          <w:p w14:paraId="5B7318E9" w14:textId="77777777" w:rsidR="008D3B1B" w:rsidRPr="008D3B1B" w:rsidRDefault="008D3B1B" w:rsidP="008D3B1B">
            <w:pPr>
              <w:adjustRightInd w:val="0"/>
              <w:spacing w:after="0" w:line="276" w:lineRule="auto"/>
              <w:jc w:val="both"/>
              <w:rPr>
                <w:sz w:val="24"/>
                <w:szCs w:val="24"/>
                <w:lang w:val="it-IT"/>
              </w:rPr>
            </w:pPr>
          </w:p>
        </w:tc>
        <w:tc>
          <w:tcPr>
            <w:tcW w:w="943" w:type="dxa"/>
            <w:vAlign w:val="center"/>
            <w:hideMark/>
          </w:tcPr>
          <w:p w14:paraId="698F8D7D" w14:textId="77777777" w:rsidR="008D3B1B" w:rsidRPr="008D3B1B" w:rsidRDefault="008D3B1B" w:rsidP="008D3B1B">
            <w:pPr>
              <w:adjustRightInd w:val="0"/>
              <w:spacing w:after="0" w:line="276" w:lineRule="auto"/>
              <w:jc w:val="both"/>
              <w:rPr>
                <w:sz w:val="24"/>
                <w:szCs w:val="24"/>
                <w:lang w:val="it-IT"/>
              </w:rPr>
            </w:pPr>
          </w:p>
        </w:tc>
        <w:tc>
          <w:tcPr>
            <w:tcW w:w="1503" w:type="dxa"/>
            <w:vAlign w:val="center"/>
            <w:hideMark/>
          </w:tcPr>
          <w:p w14:paraId="4333F55D" w14:textId="77777777" w:rsidR="008D3B1B" w:rsidRPr="008D3B1B" w:rsidRDefault="008D3B1B" w:rsidP="008D3B1B">
            <w:pPr>
              <w:adjustRightInd w:val="0"/>
              <w:spacing w:after="0" w:line="276" w:lineRule="auto"/>
              <w:jc w:val="both"/>
              <w:rPr>
                <w:sz w:val="24"/>
                <w:szCs w:val="24"/>
                <w:lang w:val="it-IT"/>
              </w:rPr>
            </w:pPr>
          </w:p>
        </w:tc>
        <w:tc>
          <w:tcPr>
            <w:tcW w:w="1068" w:type="dxa"/>
            <w:vAlign w:val="center"/>
            <w:hideMark/>
          </w:tcPr>
          <w:p w14:paraId="3B58BB6A" w14:textId="77777777" w:rsidR="008D3B1B" w:rsidRPr="008D3B1B" w:rsidRDefault="008D3B1B" w:rsidP="008D3B1B">
            <w:pPr>
              <w:adjustRightInd w:val="0"/>
              <w:spacing w:after="0" w:line="276" w:lineRule="auto"/>
              <w:jc w:val="both"/>
              <w:rPr>
                <w:sz w:val="24"/>
                <w:szCs w:val="24"/>
                <w:lang w:val="it-IT"/>
              </w:rPr>
            </w:pPr>
          </w:p>
        </w:tc>
        <w:tc>
          <w:tcPr>
            <w:tcW w:w="912" w:type="dxa"/>
            <w:vAlign w:val="center"/>
            <w:hideMark/>
          </w:tcPr>
          <w:p w14:paraId="561AA80D" w14:textId="77777777" w:rsidR="008D3B1B" w:rsidRPr="008D3B1B" w:rsidRDefault="008D3B1B" w:rsidP="008D3B1B">
            <w:pPr>
              <w:adjustRightInd w:val="0"/>
              <w:spacing w:after="0" w:line="276" w:lineRule="auto"/>
              <w:jc w:val="both"/>
              <w:rPr>
                <w:sz w:val="24"/>
                <w:szCs w:val="24"/>
                <w:lang w:val="it-IT"/>
              </w:rPr>
            </w:pPr>
          </w:p>
        </w:tc>
      </w:tr>
      <w:tr w:rsidR="00972EF1" w:rsidRPr="008D3B1B" w14:paraId="1C45529F" w14:textId="77777777" w:rsidTr="00972EF1">
        <w:trPr>
          <w:tblCellSpacing w:w="15" w:type="dxa"/>
        </w:trPr>
        <w:tc>
          <w:tcPr>
            <w:tcW w:w="265" w:type="dxa"/>
            <w:vAlign w:val="center"/>
            <w:hideMark/>
          </w:tcPr>
          <w:p w14:paraId="41929790"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3</w:t>
            </w:r>
          </w:p>
        </w:tc>
        <w:tc>
          <w:tcPr>
            <w:tcW w:w="2490" w:type="dxa"/>
            <w:vAlign w:val="center"/>
            <w:hideMark/>
          </w:tcPr>
          <w:p w14:paraId="2FCD536B" w14:textId="77777777" w:rsidR="008D3B1B" w:rsidRPr="008D3B1B" w:rsidRDefault="008D3B1B" w:rsidP="008D3B1B">
            <w:pPr>
              <w:adjustRightInd w:val="0"/>
              <w:spacing w:after="0" w:line="276" w:lineRule="auto"/>
              <w:jc w:val="both"/>
              <w:rPr>
                <w:sz w:val="24"/>
                <w:szCs w:val="24"/>
                <w:lang w:val="it-IT"/>
              </w:rPr>
            </w:pPr>
          </w:p>
        </w:tc>
        <w:tc>
          <w:tcPr>
            <w:tcW w:w="2541" w:type="dxa"/>
            <w:vAlign w:val="center"/>
            <w:hideMark/>
          </w:tcPr>
          <w:p w14:paraId="7305FD1F" w14:textId="77777777" w:rsidR="008D3B1B" w:rsidRPr="008D3B1B" w:rsidRDefault="008D3B1B" w:rsidP="008D3B1B">
            <w:pPr>
              <w:adjustRightInd w:val="0"/>
              <w:spacing w:after="0" w:line="276" w:lineRule="auto"/>
              <w:jc w:val="both"/>
              <w:rPr>
                <w:sz w:val="24"/>
                <w:szCs w:val="24"/>
                <w:lang w:val="it-IT"/>
              </w:rPr>
            </w:pPr>
          </w:p>
        </w:tc>
        <w:tc>
          <w:tcPr>
            <w:tcW w:w="943" w:type="dxa"/>
            <w:vAlign w:val="center"/>
            <w:hideMark/>
          </w:tcPr>
          <w:p w14:paraId="47CC7284" w14:textId="77777777" w:rsidR="008D3B1B" w:rsidRPr="008D3B1B" w:rsidRDefault="008D3B1B" w:rsidP="008D3B1B">
            <w:pPr>
              <w:adjustRightInd w:val="0"/>
              <w:spacing w:after="0" w:line="276" w:lineRule="auto"/>
              <w:jc w:val="both"/>
              <w:rPr>
                <w:sz w:val="24"/>
                <w:szCs w:val="24"/>
                <w:lang w:val="it-IT"/>
              </w:rPr>
            </w:pPr>
          </w:p>
        </w:tc>
        <w:tc>
          <w:tcPr>
            <w:tcW w:w="1503" w:type="dxa"/>
            <w:vAlign w:val="center"/>
            <w:hideMark/>
          </w:tcPr>
          <w:p w14:paraId="09520D4B" w14:textId="77777777" w:rsidR="008D3B1B" w:rsidRPr="008D3B1B" w:rsidRDefault="008D3B1B" w:rsidP="008D3B1B">
            <w:pPr>
              <w:adjustRightInd w:val="0"/>
              <w:spacing w:after="0" w:line="276" w:lineRule="auto"/>
              <w:jc w:val="both"/>
              <w:rPr>
                <w:sz w:val="24"/>
                <w:szCs w:val="24"/>
                <w:lang w:val="it-IT"/>
              </w:rPr>
            </w:pPr>
          </w:p>
        </w:tc>
        <w:tc>
          <w:tcPr>
            <w:tcW w:w="1068" w:type="dxa"/>
            <w:vAlign w:val="center"/>
            <w:hideMark/>
          </w:tcPr>
          <w:p w14:paraId="2BD4B9D5" w14:textId="77777777" w:rsidR="008D3B1B" w:rsidRPr="008D3B1B" w:rsidRDefault="008D3B1B" w:rsidP="008D3B1B">
            <w:pPr>
              <w:adjustRightInd w:val="0"/>
              <w:spacing w:after="0" w:line="276" w:lineRule="auto"/>
              <w:jc w:val="both"/>
              <w:rPr>
                <w:sz w:val="24"/>
                <w:szCs w:val="24"/>
                <w:lang w:val="it-IT"/>
              </w:rPr>
            </w:pPr>
          </w:p>
        </w:tc>
        <w:tc>
          <w:tcPr>
            <w:tcW w:w="912" w:type="dxa"/>
            <w:vAlign w:val="center"/>
            <w:hideMark/>
          </w:tcPr>
          <w:p w14:paraId="1AE9F414" w14:textId="77777777" w:rsidR="008D3B1B" w:rsidRPr="008D3B1B" w:rsidRDefault="008D3B1B" w:rsidP="008D3B1B">
            <w:pPr>
              <w:adjustRightInd w:val="0"/>
              <w:spacing w:after="0" w:line="276" w:lineRule="auto"/>
              <w:jc w:val="both"/>
              <w:rPr>
                <w:sz w:val="24"/>
                <w:szCs w:val="24"/>
                <w:lang w:val="it-IT"/>
              </w:rPr>
            </w:pPr>
          </w:p>
        </w:tc>
      </w:tr>
      <w:tr w:rsidR="00972EF1" w:rsidRPr="008D3B1B" w14:paraId="2B901A68" w14:textId="77777777" w:rsidTr="00972EF1">
        <w:trPr>
          <w:tblCellSpacing w:w="15" w:type="dxa"/>
        </w:trPr>
        <w:tc>
          <w:tcPr>
            <w:tcW w:w="265" w:type="dxa"/>
            <w:vAlign w:val="center"/>
            <w:hideMark/>
          </w:tcPr>
          <w:p w14:paraId="2A7F6FCF"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4</w:t>
            </w:r>
          </w:p>
        </w:tc>
        <w:tc>
          <w:tcPr>
            <w:tcW w:w="2490" w:type="dxa"/>
            <w:vAlign w:val="center"/>
            <w:hideMark/>
          </w:tcPr>
          <w:p w14:paraId="75F12E10" w14:textId="77777777" w:rsidR="008D3B1B" w:rsidRPr="008D3B1B" w:rsidRDefault="008D3B1B" w:rsidP="008D3B1B">
            <w:pPr>
              <w:adjustRightInd w:val="0"/>
              <w:spacing w:after="0" w:line="276" w:lineRule="auto"/>
              <w:jc w:val="both"/>
              <w:rPr>
                <w:sz w:val="24"/>
                <w:szCs w:val="24"/>
                <w:lang w:val="it-IT"/>
              </w:rPr>
            </w:pPr>
          </w:p>
        </w:tc>
        <w:tc>
          <w:tcPr>
            <w:tcW w:w="2541" w:type="dxa"/>
            <w:vAlign w:val="center"/>
            <w:hideMark/>
          </w:tcPr>
          <w:p w14:paraId="40812229" w14:textId="77777777" w:rsidR="008D3B1B" w:rsidRPr="008D3B1B" w:rsidRDefault="008D3B1B" w:rsidP="008D3B1B">
            <w:pPr>
              <w:adjustRightInd w:val="0"/>
              <w:spacing w:after="0" w:line="276" w:lineRule="auto"/>
              <w:jc w:val="both"/>
              <w:rPr>
                <w:sz w:val="24"/>
                <w:szCs w:val="24"/>
                <w:lang w:val="it-IT"/>
              </w:rPr>
            </w:pPr>
          </w:p>
        </w:tc>
        <w:tc>
          <w:tcPr>
            <w:tcW w:w="943" w:type="dxa"/>
            <w:vAlign w:val="center"/>
            <w:hideMark/>
          </w:tcPr>
          <w:p w14:paraId="35084C99" w14:textId="77777777" w:rsidR="008D3B1B" w:rsidRPr="008D3B1B" w:rsidRDefault="008D3B1B" w:rsidP="008D3B1B">
            <w:pPr>
              <w:adjustRightInd w:val="0"/>
              <w:spacing w:after="0" w:line="276" w:lineRule="auto"/>
              <w:jc w:val="both"/>
              <w:rPr>
                <w:sz w:val="24"/>
                <w:szCs w:val="24"/>
                <w:lang w:val="it-IT"/>
              </w:rPr>
            </w:pPr>
          </w:p>
        </w:tc>
        <w:tc>
          <w:tcPr>
            <w:tcW w:w="1503" w:type="dxa"/>
            <w:vAlign w:val="center"/>
            <w:hideMark/>
          </w:tcPr>
          <w:p w14:paraId="1A6F4AEC" w14:textId="77777777" w:rsidR="008D3B1B" w:rsidRPr="008D3B1B" w:rsidRDefault="008D3B1B" w:rsidP="008D3B1B">
            <w:pPr>
              <w:adjustRightInd w:val="0"/>
              <w:spacing w:after="0" w:line="276" w:lineRule="auto"/>
              <w:jc w:val="both"/>
              <w:rPr>
                <w:sz w:val="24"/>
                <w:szCs w:val="24"/>
                <w:lang w:val="it-IT"/>
              </w:rPr>
            </w:pPr>
          </w:p>
        </w:tc>
        <w:tc>
          <w:tcPr>
            <w:tcW w:w="1068" w:type="dxa"/>
            <w:vAlign w:val="center"/>
            <w:hideMark/>
          </w:tcPr>
          <w:p w14:paraId="3A9A0232" w14:textId="77777777" w:rsidR="008D3B1B" w:rsidRPr="008D3B1B" w:rsidRDefault="008D3B1B" w:rsidP="008D3B1B">
            <w:pPr>
              <w:adjustRightInd w:val="0"/>
              <w:spacing w:after="0" w:line="276" w:lineRule="auto"/>
              <w:jc w:val="both"/>
              <w:rPr>
                <w:sz w:val="24"/>
                <w:szCs w:val="24"/>
                <w:lang w:val="it-IT"/>
              </w:rPr>
            </w:pPr>
          </w:p>
        </w:tc>
        <w:tc>
          <w:tcPr>
            <w:tcW w:w="912" w:type="dxa"/>
            <w:vAlign w:val="center"/>
            <w:hideMark/>
          </w:tcPr>
          <w:p w14:paraId="4153166D" w14:textId="77777777" w:rsidR="008D3B1B" w:rsidRPr="008D3B1B" w:rsidRDefault="008D3B1B" w:rsidP="008D3B1B">
            <w:pPr>
              <w:adjustRightInd w:val="0"/>
              <w:spacing w:after="0" w:line="276" w:lineRule="auto"/>
              <w:jc w:val="both"/>
              <w:rPr>
                <w:sz w:val="24"/>
                <w:szCs w:val="24"/>
                <w:lang w:val="it-IT"/>
              </w:rPr>
            </w:pPr>
          </w:p>
        </w:tc>
      </w:tr>
    </w:tbl>
    <w:p w14:paraId="260441FE" w14:textId="77777777" w:rsidR="008D3B1B" w:rsidRDefault="008D3B1B" w:rsidP="008D3B1B">
      <w:pPr>
        <w:adjustRightInd w:val="0"/>
        <w:spacing w:after="0" w:line="276" w:lineRule="auto"/>
        <w:jc w:val="both"/>
        <w:rPr>
          <w:b/>
          <w:bCs/>
          <w:sz w:val="24"/>
          <w:szCs w:val="24"/>
          <w:lang w:val="it-IT"/>
        </w:rPr>
      </w:pPr>
    </w:p>
    <w:p w14:paraId="5251D435" w14:textId="609DEFC5"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 categoria E:</w:t>
      </w:r>
      <w:r w:rsidRPr="008D3B1B">
        <w:rPr>
          <w:sz w:val="24"/>
          <w:szCs w:val="24"/>
          <w:lang w:val="it-IT"/>
        </w:rPr>
        <w:t xml:space="preserve"> ______ / 20</w:t>
      </w:r>
    </w:p>
    <w:p w14:paraId="2846D996" w14:textId="0C64768F" w:rsidR="008D3B1B" w:rsidRPr="008D3B1B" w:rsidRDefault="008D3B1B" w:rsidP="008D3B1B">
      <w:pPr>
        <w:adjustRightInd w:val="0"/>
        <w:spacing w:after="0" w:line="276" w:lineRule="auto"/>
        <w:jc w:val="both"/>
        <w:rPr>
          <w:sz w:val="24"/>
          <w:szCs w:val="24"/>
          <w:lang w:val="it-IT"/>
        </w:rPr>
      </w:pPr>
    </w:p>
    <w:p w14:paraId="41160B49"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F – ULTERIORI ESPERIENZE EDUCATIVE E INCLUSIVE COERENTI CON IL MODULO</w:t>
      </w:r>
    </w:p>
    <w:p w14:paraId="755CA1CE" w14:textId="77777777" w:rsidR="008D3B1B" w:rsidRPr="008D3B1B" w:rsidRDefault="008D3B1B" w:rsidP="008D3B1B">
      <w:pPr>
        <w:adjustRightInd w:val="0"/>
        <w:spacing w:after="0" w:line="276" w:lineRule="auto"/>
        <w:jc w:val="both"/>
        <w:rPr>
          <w:b/>
          <w:bCs/>
          <w:sz w:val="24"/>
          <w:szCs w:val="24"/>
          <w:lang w:val="it-IT"/>
        </w:rPr>
      </w:pPr>
    </w:p>
    <w:p w14:paraId="05BBC76A"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 xml:space="preserve">Incarichi documentati relativi ad attività </w:t>
      </w:r>
      <w:r w:rsidRPr="008D3B1B">
        <w:rPr>
          <w:b/>
          <w:bCs/>
          <w:sz w:val="24"/>
          <w:szCs w:val="24"/>
          <w:lang w:val="it-IT"/>
        </w:rPr>
        <w:t>educative, inclusive, cooperative, espressive o di socializzazione rivolte a minori</w:t>
      </w:r>
      <w:r w:rsidRPr="008D3B1B">
        <w:rPr>
          <w:sz w:val="24"/>
          <w:szCs w:val="24"/>
          <w:lang w:val="it-IT"/>
        </w:rPr>
        <w:t>, coerenti con le finalità del modulo e non valutati nelle precedenti categorie.</w:t>
      </w:r>
    </w:p>
    <w:p w14:paraId="0FDDE376" w14:textId="77777777" w:rsidR="008D3B1B" w:rsidRDefault="008D3B1B" w:rsidP="008D3B1B">
      <w:pPr>
        <w:adjustRightInd w:val="0"/>
        <w:spacing w:after="0" w:line="276" w:lineRule="auto"/>
        <w:jc w:val="both"/>
        <w:rPr>
          <w:b/>
          <w:bCs/>
          <w:sz w:val="24"/>
          <w:szCs w:val="24"/>
          <w:lang w:val="it-IT"/>
        </w:rPr>
      </w:pPr>
      <w:r w:rsidRPr="008D3B1B">
        <w:rPr>
          <w:b/>
          <w:bCs/>
          <w:sz w:val="24"/>
          <w:szCs w:val="24"/>
          <w:lang w:val="it-IT"/>
        </w:rPr>
        <w:t>2 punti per ciascun incarico – massimo 10 punti</w:t>
      </w:r>
    </w:p>
    <w:p w14:paraId="22095BE7" w14:textId="77777777" w:rsidR="008D3B1B" w:rsidRPr="008D3B1B" w:rsidRDefault="008D3B1B" w:rsidP="008D3B1B">
      <w:pPr>
        <w:adjustRightInd w:val="0"/>
        <w:spacing w:after="0" w:line="276" w:lineRule="auto"/>
        <w:jc w:val="both"/>
        <w:rPr>
          <w:sz w:val="24"/>
          <w:szCs w:val="24"/>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3"/>
        <w:gridCol w:w="1912"/>
        <w:gridCol w:w="1833"/>
        <w:gridCol w:w="1648"/>
        <w:gridCol w:w="1991"/>
        <w:gridCol w:w="1201"/>
        <w:gridCol w:w="1044"/>
      </w:tblGrid>
      <w:tr w:rsidR="008D3B1B" w:rsidRPr="008D3B1B" w14:paraId="6C45EC20" w14:textId="77777777" w:rsidTr="008D3B1B">
        <w:trPr>
          <w:tblHeader/>
          <w:tblCellSpacing w:w="15" w:type="dxa"/>
        </w:trPr>
        <w:tc>
          <w:tcPr>
            <w:tcW w:w="0" w:type="auto"/>
            <w:vAlign w:val="center"/>
            <w:hideMark/>
          </w:tcPr>
          <w:p w14:paraId="4E6BD0F3"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N.</w:t>
            </w:r>
          </w:p>
        </w:tc>
        <w:tc>
          <w:tcPr>
            <w:tcW w:w="0" w:type="auto"/>
            <w:vAlign w:val="center"/>
            <w:hideMark/>
          </w:tcPr>
          <w:p w14:paraId="193BE521"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Attività/progetto</w:t>
            </w:r>
          </w:p>
        </w:tc>
        <w:tc>
          <w:tcPr>
            <w:tcW w:w="0" w:type="auto"/>
            <w:vAlign w:val="center"/>
            <w:hideMark/>
          </w:tcPr>
          <w:p w14:paraId="29D1D737"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Ente/Istituzione</w:t>
            </w:r>
          </w:p>
        </w:tc>
        <w:tc>
          <w:tcPr>
            <w:tcW w:w="0" w:type="auto"/>
            <w:vAlign w:val="center"/>
            <w:hideMark/>
          </w:tcPr>
          <w:p w14:paraId="723A239B"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Incarico/ruolo</w:t>
            </w:r>
          </w:p>
        </w:tc>
        <w:tc>
          <w:tcPr>
            <w:tcW w:w="0" w:type="auto"/>
            <w:vAlign w:val="center"/>
            <w:hideMark/>
          </w:tcPr>
          <w:p w14:paraId="3B74EE37"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Periodo/elementi di verifica</w:t>
            </w:r>
          </w:p>
        </w:tc>
        <w:tc>
          <w:tcPr>
            <w:tcW w:w="0" w:type="auto"/>
            <w:vAlign w:val="center"/>
            <w:hideMark/>
          </w:tcPr>
          <w:p w14:paraId="0FE38608"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candidato</w:t>
            </w:r>
          </w:p>
        </w:tc>
        <w:tc>
          <w:tcPr>
            <w:tcW w:w="0" w:type="auto"/>
            <w:vAlign w:val="center"/>
            <w:hideMark/>
          </w:tcPr>
          <w:p w14:paraId="2699906A"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Punti attribuiti</w:t>
            </w:r>
          </w:p>
        </w:tc>
      </w:tr>
      <w:tr w:rsidR="008D3B1B" w:rsidRPr="008D3B1B" w14:paraId="49B6F388" w14:textId="77777777" w:rsidTr="008D3B1B">
        <w:trPr>
          <w:tblCellSpacing w:w="15" w:type="dxa"/>
        </w:trPr>
        <w:tc>
          <w:tcPr>
            <w:tcW w:w="0" w:type="auto"/>
            <w:vAlign w:val="center"/>
            <w:hideMark/>
          </w:tcPr>
          <w:p w14:paraId="51807B9D"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w:t>
            </w:r>
          </w:p>
        </w:tc>
        <w:tc>
          <w:tcPr>
            <w:tcW w:w="0" w:type="auto"/>
            <w:vAlign w:val="center"/>
            <w:hideMark/>
          </w:tcPr>
          <w:p w14:paraId="491316C4"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C5D4A25"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1F271B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6D005DB4"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4217AA64"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0F09CAA" w14:textId="77777777" w:rsidR="008D3B1B" w:rsidRPr="008D3B1B" w:rsidRDefault="008D3B1B" w:rsidP="008D3B1B">
            <w:pPr>
              <w:adjustRightInd w:val="0"/>
              <w:spacing w:after="0" w:line="276" w:lineRule="auto"/>
              <w:jc w:val="both"/>
              <w:rPr>
                <w:sz w:val="24"/>
                <w:szCs w:val="24"/>
                <w:lang w:val="it-IT"/>
              </w:rPr>
            </w:pPr>
          </w:p>
        </w:tc>
      </w:tr>
      <w:tr w:rsidR="008D3B1B" w:rsidRPr="008D3B1B" w14:paraId="010012A2" w14:textId="77777777" w:rsidTr="008D3B1B">
        <w:trPr>
          <w:tblCellSpacing w:w="15" w:type="dxa"/>
        </w:trPr>
        <w:tc>
          <w:tcPr>
            <w:tcW w:w="0" w:type="auto"/>
            <w:vAlign w:val="center"/>
            <w:hideMark/>
          </w:tcPr>
          <w:p w14:paraId="0AA99714"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w:t>
            </w:r>
          </w:p>
        </w:tc>
        <w:tc>
          <w:tcPr>
            <w:tcW w:w="0" w:type="auto"/>
            <w:vAlign w:val="center"/>
            <w:hideMark/>
          </w:tcPr>
          <w:p w14:paraId="2715989C"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028C50F2"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C0A1733"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0A28DDB8"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CCE8C52"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AEA13A1" w14:textId="77777777" w:rsidR="008D3B1B" w:rsidRPr="008D3B1B" w:rsidRDefault="008D3B1B" w:rsidP="008D3B1B">
            <w:pPr>
              <w:adjustRightInd w:val="0"/>
              <w:spacing w:after="0" w:line="276" w:lineRule="auto"/>
              <w:jc w:val="both"/>
              <w:rPr>
                <w:sz w:val="24"/>
                <w:szCs w:val="24"/>
                <w:lang w:val="it-IT"/>
              </w:rPr>
            </w:pPr>
          </w:p>
        </w:tc>
      </w:tr>
      <w:tr w:rsidR="008D3B1B" w:rsidRPr="008D3B1B" w14:paraId="6EA4EDBC" w14:textId="77777777" w:rsidTr="008D3B1B">
        <w:trPr>
          <w:tblCellSpacing w:w="15" w:type="dxa"/>
        </w:trPr>
        <w:tc>
          <w:tcPr>
            <w:tcW w:w="0" w:type="auto"/>
            <w:vAlign w:val="center"/>
            <w:hideMark/>
          </w:tcPr>
          <w:p w14:paraId="7AD7902A"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3</w:t>
            </w:r>
          </w:p>
        </w:tc>
        <w:tc>
          <w:tcPr>
            <w:tcW w:w="0" w:type="auto"/>
            <w:vAlign w:val="center"/>
            <w:hideMark/>
          </w:tcPr>
          <w:p w14:paraId="3AC287C1"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53DEDD17"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7D49D5D"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2A5C2BE"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4C2CB137"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69975BAD" w14:textId="77777777" w:rsidR="008D3B1B" w:rsidRPr="008D3B1B" w:rsidRDefault="008D3B1B" w:rsidP="008D3B1B">
            <w:pPr>
              <w:adjustRightInd w:val="0"/>
              <w:spacing w:after="0" w:line="276" w:lineRule="auto"/>
              <w:jc w:val="both"/>
              <w:rPr>
                <w:sz w:val="24"/>
                <w:szCs w:val="24"/>
                <w:lang w:val="it-IT"/>
              </w:rPr>
            </w:pPr>
          </w:p>
        </w:tc>
      </w:tr>
      <w:tr w:rsidR="008D3B1B" w:rsidRPr="008D3B1B" w14:paraId="39C28D5F" w14:textId="77777777" w:rsidTr="008D3B1B">
        <w:trPr>
          <w:tblCellSpacing w:w="15" w:type="dxa"/>
        </w:trPr>
        <w:tc>
          <w:tcPr>
            <w:tcW w:w="0" w:type="auto"/>
            <w:vAlign w:val="center"/>
            <w:hideMark/>
          </w:tcPr>
          <w:p w14:paraId="48414918"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4</w:t>
            </w:r>
          </w:p>
        </w:tc>
        <w:tc>
          <w:tcPr>
            <w:tcW w:w="0" w:type="auto"/>
            <w:vAlign w:val="center"/>
            <w:hideMark/>
          </w:tcPr>
          <w:p w14:paraId="0B9E0B0B"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491A58FF"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2D50ABA"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2093E1E"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07A0AF63"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3A751C11" w14:textId="77777777" w:rsidR="008D3B1B" w:rsidRPr="008D3B1B" w:rsidRDefault="008D3B1B" w:rsidP="008D3B1B">
            <w:pPr>
              <w:adjustRightInd w:val="0"/>
              <w:spacing w:after="0" w:line="276" w:lineRule="auto"/>
              <w:jc w:val="both"/>
              <w:rPr>
                <w:sz w:val="24"/>
                <w:szCs w:val="24"/>
                <w:lang w:val="it-IT"/>
              </w:rPr>
            </w:pPr>
          </w:p>
        </w:tc>
      </w:tr>
      <w:tr w:rsidR="008D3B1B" w:rsidRPr="008D3B1B" w14:paraId="0DE69462" w14:textId="77777777" w:rsidTr="008D3B1B">
        <w:trPr>
          <w:tblCellSpacing w:w="15" w:type="dxa"/>
        </w:trPr>
        <w:tc>
          <w:tcPr>
            <w:tcW w:w="0" w:type="auto"/>
            <w:vAlign w:val="center"/>
            <w:hideMark/>
          </w:tcPr>
          <w:p w14:paraId="77B63D24"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5</w:t>
            </w:r>
          </w:p>
        </w:tc>
        <w:tc>
          <w:tcPr>
            <w:tcW w:w="0" w:type="auto"/>
            <w:vAlign w:val="center"/>
            <w:hideMark/>
          </w:tcPr>
          <w:p w14:paraId="255480CC"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35DDC92F"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87BD6F6"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61F24866"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6D05144"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0CA59DF" w14:textId="77777777" w:rsidR="008D3B1B" w:rsidRPr="008D3B1B" w:rsidRDefault="008D3B1B" w:rsidP="008D3B1B">
            <w:pPr>
              <w:adjustRightInd w:val="0"/>
              <w:spacing w:after="0" w:line="276" w:lineRule="auto"/>
              <w:jc w:val="both"/>
              <w:rPr>
                <w:sz w:val="24"/>
                <w:szCs w:val="24"/>
                <w:lang w:val="it-IT"/>
              </w:rPr>
            </w:pPr>
          </w:p>
        </w:tc>
      </w:tr>
    </w:tbl>
    <w:p w14:paraId="3C6BA7DF" w14:textId="77777777" w:rsidR="008D3B1B" w:rsidRDefault="008D3B1B" w:rsidP="008D3B1B">
      <w:pPr>
        <w:adjustRightInd w:val="0"/>
        <w:spacing w:after="0" w:line="276" w:lineRule="auto"/>
        <w:jc w:val="both"/>
        <w:rPr>
          <w:b/>
          <w:bCs/>
          <w:sz w:val="24"/>
          <w:szCs w:val="24"/>
          <w:lang w:val="it-IT"/>
        </w:rPr>
      </w:pPr>
    </w:p>
    <w:p w14:paraId="61D73B4E" w14:textId="0ADC31B5"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lastRenderedPageBreak/>
        <w:t>Totale categoria F:</w:t>
      </w:r>
      <w:r w:rsidRPr="008D3B1B">
        <w:rPr>
          <w:sz w:val="24"/>
          <w:szCs w:val="24"/>
          <w:lang w:val="it-IT"/>
        </w:rPr>
        <w:t xml:space="preserve"> ______ / 10</w:t>
      </w:r>
    </w:p>
    <w:p w14:paraId="190B1906" w14:textId="5C177479" w:rsidR="008D3B1B" w:rsidRPr="008D3B1B" w:rsidRDefault="008D3B1B" w:rsidP="008D3B1B">
      <w:pPr>
        <w:adjustRightInd w:val="0"/>
        <w:spacing w:after="0" w:line="276" w:lineRule="auto"/>
        <w:jc w:val="both"/>
        <w:rPr>
          <w:sz w:val="24"/>
          <w:szCs w:val="24"/>
          <w:lang w:val="it-IT"/>
        </w:rPr>
      </w:pPr>
    </w:p>
    <w:p w14:paraId="59CBAE0E"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RIEPILOGO AUTOVALUTAZIONE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85"/>
        <w:gridCol w:w="1649"/>
        <w:gridCol w:w="2264"/>
        <w:gridCol w:w="1664"/>
      </w:tblGrid>
      <w:tr w:rsidR="008D3B1B" w:rsidRPr="008D3B1B" w14:paraId="1C74592D" w14:textId="77777777" w:rsidTr="008D3B1B">
        <w:trPr>
          <w:tblHeader/>
          <w:tblCellSpacing w:w="15" w:type="dxa"/>
        </w:trPr>
        <w:tc>
          <w:tcPr>
            <w:tcW w:w="0" w:type="auto"/>
            <w:vAlign w:val="center"/>
            <w:hideMark/>
          </w:tcPr>
          <w:p w14:paraId="75E135BC"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Categoria</w:t>
            </w:r>
          </w:p>
        </w:tc>
        <w:tc>
          <w:tcPr>
            <w:tcW w:w="0" w:type="auto"/>
            <w:vAlign w:val="center"/>
            <w:hideMark/>
          </w:tcPr>
          <w:p w14:paraId="5BD767A7"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Punteggio massimo</w:t>
            </w:r>
          </w:p>
        </w:tc>
        <w:tc>
          <w:tcPr>
            <w:tcW w:w="0" w:type="auto"/>
            <w:vAlign w:val="center"/>
            <w:hideMark/>
          </w:tcPr>
          <w:p w14:paraId="71B06355"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Punteggio dichiarato dal candidato</w:t>
            </w:r>
          </w:p>
        </w:tc>
        <w:tc>
          <w:tcPr>
            <w:tcW w:w="0" w:type="auto"/>
            <w:vAlign w:val="center"/>
            <w:hideMark/>
          </w:tcPr>
          <w:p w14:paraId="16DFA2C7"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Punteggio attribuito</w:t>
            </w:r>
          </w:p>
        </w:tc>
      </w:tr>
      <w:tr w:rsidR="008D3B1B" w:rsidRPr="008D3B1B" w14:paraId="652C4A9D" w14:textId="77777777" w:rsidTr="008D3B1B">
        <w:trPr>
          <w:tblCellSpacing w:w="15" w:type="dxa"/>
        </w:trPr>
        <w:tc>
          <w:tcPr>
            <w:tcW w:w="0" w:type="auto"/>
            <w:vAlign w:val="center"/>
            <w:hideMark/>
          </w:tcPr>
          <w:p w14:paraId="368DE59F"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A – Ulteriori esperienze di insegnamento dell’educazione fisica/motoria nella primaria</w:t>
            </w:r>
          </w:p>
        </w:tc>
        <w:tc>
          <w:tcPr>
            <w:tcW w:w="0" w:type="auto"/>
            <w:vAlign w:val="center"/>
            <w:hideMark/>
          </w:tcPr>
          <w:p w14:paraId="7CAEC92B"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15</w:t>
            </w:r>
          </w:p>
        </w:tc>
        <w:tc>
          <w:tcPr>
            <w:tcW w:w="0" w:type="auto"/>
            <w:vAlign w:val="center"/>
            <w:hideMark/>
          </w:tcPr>
          <w:p w14:paraId="5868709A"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39B4B90F" w14:textId="77777777" w:rsidR="008D3B1B" w:rsidRPr="008D3B1B" w:rsidRDefault="008D3B1B" w:rsidP="008D3B1B">
            <w:pPr>
              <w:adjustRightInd w:val="0"/>
              <w:spacing w:after="0" w:line="276" w:lineRule="auto"/>
              <w:jc w:val="both"/>
              <w:rPr>
                <w:sz w:val="24"/>
                <w:szCs w:val="24"/>
                <w:lang w:val="it-IT"/>
              </w:rPr>
            </w:pPr>
          </w:p>
        </w:tc>
      </w:tr>
      <w:tr w:rsidR="008D3B1B" w:rsidRPr="008D3B1B" w14:paraId="3597F919" w14:textId="77777777" w:rsidTr="008D3B1B">
        <w:trPr>
          <w:tblCellSpacing w:w="15" w:type="dxa"/>
        </w:trPr>
        <w:tc>
          <w:tcPr>
            <w:tcW w:w="0" w:type="auto"/>
            <w:vAlign w:val="center"/>
            <w:hideMark/>
          </w:tcPr>
          <w:p w14:paraId="6F3764E4"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B – Esperienze progettuali specifiche in ambito motorio</w:t>
            </w:r>
          </w:p>
        </w:tc>
        <w:tc>
          <w:tcPr>
            <w:tcW w:w="0" w:type="auto"/>
            <w:vAlign w:val="center"/>
            <w:hideMark/>
          </w:tcPr>
          <w:p w14:paraId="3B266255"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25</w:t>
            </w:r>
          </w:p>
        </w:tc>
        <w:tc>
          <w:tcPr>
            <w:tcW w:w="0" w:type="auto"/>
            <w:vAlign w:val="center"/>
            <w:hideMark/>
          </w:tcPr>
          <w:p w14:paraId="4A97391C"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676C608" w14:textId="77777777" w:rsidR="008D3B1B" w:rsidRPr="008D3B1B" w:rsidRDefault="008D3B1B" w:rsidP="008D3B1B">
            <w:pPr>
              <w:adjustRightInd w:val="0"/>
              <w:spacing w:after="0" w:line="276" w:lineRule="auto"/>
              <w:jc w:val="both"/>
              <w:rPr>
                <w:sz w:val="24"/>
                <w:szCs w:val="24"/>
                <w:lang w:val="it-IT"/>
              </w:rPr>
            </w:pPr>
          </w:p>
        </w:tc>
      </w:tr>
      <w:tr w:rsidR="008D3B1B" w:rsidRPr="008D3B1B" w14:paraId="4B415BB4" w14:textId="77777777" w:rsidTr="008D3B1B">
        <w:trPr>
          <w:tblCellSpacing w:w="15" w:type="dxa"/>
        </w:trPr>
        <w:tc>
          <w:tcPr>
            <w:tcW w:w="0" w:type="auto"/>
            <w:vAlign w:val="center"/>
            <w:hideMark/>
          </w:tcPr>
          <w:p w14:paraId="223C05E8"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C – Titoli universitari pertinenti</w:t>
            </w:r>
          </w:p>
        </w:tc>
        <w:tc>
          <w:tcPr>
            <w:tcW w:w="0" w:type="auto"/>
            <w:vAlign w:val="center"/>
            <w:hideMark/>
          </w:tcPr>
          <w:p w14:paraId="73BB563E"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15</w:t>
            </w:r>
          </w:p>
        </w:tc>
        <w:tc>
          <w:tcPr>
            <w:tcW w:w="0" w:type="auto"/>
            <w:vAlign w:val="center"/>
            <w:hideMark/>
          </w:tcPr>
          <w:p w14:paraId="74E874DE"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14D85BAB" w14:textId="77777777" w:rsidR="008D3B1B" w:rsidRPr="008D3B1B" w:rsidRDefault="008D3B1B" w:rsidP="008D3B1B">
            <w:pPr>
              <w:adjustRightInd w:val="0"/>
              <w:spacing w:after="0" w:line="276" w:lineRule="auto"/>
              <w:jc w:val="both"/>
              <w:rPr>
                <w:sz w:val="24"/>
                <w:szCs w:val="24"/>
                <w:lang w:val="it-IT"/>
              </w:rPr>
            </w:pPr>
          </w:p>
        </w:tc>
      </w:tr>
      <w:tr w:rsidR="008D3B1B" w:rsidRPr="008D3B1B" w14:paraId="658A8D41" w14:textId="77777777" w:rsidTr="008D3B1B">
        <w:trPr>
          <w:tblCellSpacing w:w="15" w:type="dxa"/>
        </w:trPr>
        <w:tc>
          <w:tcPr>
            <w:tcW w:w="0" w:type="auto"/>
            <w:vAlign w:val="center"/>
            <w:hideMark/>
          </w:tcPr>
          <w:p w14:paraId="2567E527"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D – Formazione specifica</w:t>
            </w:r>
          </w:p>
        </w:tc>
        <w:tc>
          <w:tcPr>
            <w:tcW w:w="0" w:type="auto"/>
            <w:vAlign w:val="center"/>
            <w:hideMark/>
          </w:tcPr>
          <w:p w14:paraId="1DCEDE10"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15</w:t>
            </w:r>
          </w:p>
        </w:tc>
        <w:tc>
          <w:tcPr>
            <w:tcW w:w="0" w:type="auto"/>
            <w:vAlign w:val="center"/>
            <w:hideMark/>
          </w:tcPr>
          <w:p w14:paraId="2429DDF0"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7533F6A8" w14:textId="77777777" w:rsidR="008D3B1B" w:rsidRPr="008D3B1B" w:rsidRDefault="008D3B1B" w:rsidP="008D3B1B">
            <w:pPr>
              <w:adjustRightInd w:val="0"/>
              <w:spacing w:after="0" w:line="276" w:lineRule="auto"/>
              <w:jc w:val="both"/>
              <w:rPr>
                <w:sz w:val="24"/>
                <w:szCs w:val="24"/>
                <w:lang w:val="it-IT"/>
              </w:rPr>
            </w:pPr>
          </w:p>
        </w:tc>
      </w:tr>
      <w:tr w:rsidR="008D3B1B" w:rsidRPr="008D3B1B" w14:paraId="2BB1A8C4" w14:textId="77777777" w:rsidTr="008D3B1B">
        <w:trPr>
          <w:tblCellSpacing w:w="15" w:type="dxa"/>
        </w:trPr>
        <w:tc>
          <w:tcPr>
            <w:tcW w:w="0" w:type="auto"/>
            <w:vAlign w:val="center"/>
            <w:hideMark/>
          </w:tcPr>
          <w:p w14:paraId="0F59EB21"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E – Esperienze professionali sportive e motorie</w:t>
            </w:r>
          </w:p>
        </w:tc>
        <w:tc>
          <w:tcPr>
            <w:tcW w:w="0" w:type="auto"/>
            <w:vAlign w:val="center"/>
            <w:hideMark/>
          </w:tcPr>
          <w:p w14:paraId="079E15C7"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20</w:t>
            </w:r>
          </w:p>
        </w:tc>
        <w:tc>
          <w:tcPr>
            <w:tcW w:w="0" w:type="auto"/>
            <w:vAlign w:val="center"/>
            <w:hideMark/>
          </w:tcPr>
          <w:p w14:paraId="56B61D07"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2384760D" w14:textId="77777777" w:rsidR="008D3B1B" w:rsidRPr="008D3B1B" w:rsidRDefault="008D3B1B" w:rsidP="008D3B1B">
            <w:pPr>
              <w:adjustRightInd w:val="0"/>
              <w:spacing w:after="0" w:line="276" w:lineRule="auto"/>
              <w:jc w:val="both"/>
              <w:rPr>
                <w:sz w:val="24"/>
                <w:szCs w:val="24"/>
                <w:lang w:val="it-IT"/>
              </w:rPr>
            </w:pPr>
          </w:p>
        </w:tc>
      </w:tr>
      <w:tr w:rsidR="008D3B1B" w:rsidRPr="008D3B1B" w14:paraId="7E62568F" w14:textId="77777777" w:rsidTr="008D3B1B">
        <w:trPr>
          <w:tblCellSpacing w:w="15" w:type="dxa"/>
        </w:trPr>
        <w:tc>
          <w:tcPr>
            <w:tcW w:w="0" w:type="auto"/>
            <w:vAlign w:val="center"/>
            <w:hideMark/>
          </w:tcPr>
          <w:p w14:paraId="59A42B16"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F – Ulteriori esperienze educative e inclusive</w:t>
            </w:r>
          </w:p>
        </w:tc>
        <w:tc>
          <w:tcPr>
            <w:tcW w:w="0" w:type="auto"/>
            <w:vAlign w:val="center"/>
            <w:hideMark/>
          </w:tcPr>
          <w:p w14:paraId="0A15DA90"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10</w:t>
            </w:r>
          </w:p>
        </w:tc>
        <w:tc>
          <w:tcPr>
            <w:tcW w:w="0" w:type="auto"/>
            <w:vAlign w:val="center"/>
            <w:hideMark/>
          </w:tcPr>
          <w:p w14:paraId="036E8B8D" w14:textId="77777777" w:rsidR="008D3B1B" w:rsidRPr="008D3B1B" w:rsidRDefault="008D3B1B" w:rsidP="008D3B1B">
            <w:pPr>
              <w:adjustRightInd w:val="0"/>
              <w:spacing w:after="0" w:line="276" w:lineRule="auto"/>
              <w:jc w:val="both"/>
              <w:rPr>
                <w:sz w:val="24"/>
                <w:szCs w:val="24"/>
                <w:lang w:val="it-IT"/>
              </w:rPr>
            </w:pPr>
          </w:p>
        </w:tc>
        <w:tc>
          <w:tcPr>
            <w:tcW w:w="0" w:type="auto"/>
            <w:vAlign w:val="center"/>
            <w:hideMark/>
          </w:tcPr>
          <w:p w14:paraId="42EC4D68" w14:textId="77777777" w:rsidR="008D3B1B" w:rsidRPr="008D3B1B" w:rsidRDefault="008D3B1B" w:rsidP="008D3B1B">
            <w:pPr>
              <w:adjustRightInd w:val="0"/>
              <w:spacing w:after="0" w:line="276" w:lineRule="auto"/>
              <w:jc w:val="both"/>
              <w:rPr>
                <w:sz w:val="24"/>
                <w:szCs w:val="24"/>
                <w:lang w:val="it-IT"/>
              </w:rPr>
            </w:pPr>
          </w:p>
        </w:tc>
      </w:tr>
      <w:tr w:rsidR="008D3B1B" w:rsidRPr="008D3B1B" w14:paraId="7964E7F4" w14:textId="77777777" w:rsidTr="008D3B1B">
        <w:trPr>
          <w:tblCellSpacing w:w="15" w:type="dxa"/>
        </w:trPr>
        <w:tc>
          <w:tcPr>
            <w:tcW w:w="0" w:type="auto"/>
            <w:vAlign w:val="center"/>
            <w:hideMark/>
          </w:tcPr>
          <w:p w14:paraId="1D9FAC9B" w14:textId="77777777"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TOTALE</w:t>
            </w:r>
          </w:p>
        </w:tc>
        <w:tc>
          <w:tcPr>
            <w:tcW w:w="0" w:type="auto"/>
            <w:vAlign w:val="center"/>
            <w:hideMark/>
          </w:tcPr>
          <w:p w14:paraId="11AD6524" w14:textId="77777777"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100</w:t>
            </w:r>
          </w:p>
        </w:tc>
        <w:tc>
          <w:tcPr>
            <w:tcW w:w="0" w:type="auto"/>
            <w:vAlign w:val="center"/>
            <w:hideMark/>
          </w:tcPr>
          <w:p w14:paraId="440DDDB6" w14:textId="77777777"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____ / 100</w:t>
            </w:r>
          </w:p>
        </w:tc>
        <w:tc>
          <w:tcPr>
            <w:tcW w:w="0" w:type="auto"/>
            <w:vAlign w:val="center"/>
            <w:hideMark/>
          </w:tcPr>
          <w:p w14:paraId="62FF5B78" w14:textId="77777777"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____ / 100</w:t>
            </w:r>
          </w:p>
        </w:tc>
      </w:tr>
    </w:tbl>
    <w:p w14:paraId="2F2361EB" w14:textId="0913FBEB" w:rsidR="008D3B1B" w:rsidRPr="008D3B1B" w:rsidRDefault="008D3B1B" w:rsidP="008D3B1B">
      <w:pPr>
        <w:adjustRightInd w:val="0"/>
        <w:spacing w:after="0" w:line="276" w:lineRule="auto"/>
        <w:jc w:val="both"/>
        <w:rPr>
          <w:sz w:val="24"/>
          <w:szCs w:val="24"/>
          <w:lang w:val="it-IT"/>
        </w:rPr>
      </w:pPr>
    </w:p>
    <w:p w14:paraId="7B704BF5" w14:textId="77777777" w:rsidR="008D3B1B" w:rsidRPr="008D3B1B" w:rsidRDefault="008D3B1B" w:rsidP="008D3B1B">
      <w:pPr>
        <w:adjustRightInd w:val="0"/>
        <w:spacing w:after="0" w:line="276" w:lineRule="auto"/>
        <w:jc w:val="both"/>
        <w:rPr>
          <w:b/>
          <w:bCs/>
          <w:sz w:val="24"/>
          <w:szCs w:val="24"/>
          <w:lang w:val="it-IT"/>
        </w:rPr>
      </w:pPr>
      <w:r w:rsidRPr="008D3B1B">
        <w:rPr>
          <w:b/>
          <w:bCs/>
          <w:sz w:val="24"/>
          <w:szCs w:val="24"/>
          <w:lang w:val="it-IT"/>
        </w:rPr>
        <w:t>CRITERI GENERALI DI VALUTAZIONE</w:t>
      </w:r>
    </w:p>
    <w:p w14:paraId="3E7E696F" w14:textId="77777777" w:rsidR="008D3B1B" w:rsidRDefault="008D3B1B" w:rsidP="008D3B1B">
      <w:pPr>
        <w:adjustRightInd w:val="0"/>
        <w:spacing w:after="0" w:line="276" w:lineRule="auto"/>
        <w:jc w:val="both"/>
        <w:rPr>
          <w:sz w:val="24"/>
          <w:szCs w:val="24"/>
          <w:lang w:val="it-IT"/>
        </w:rPr>
      </w:pPr>
    </w:p>
    <w:p w14:paraId="1E1F032C" w14:textId="5EB41B0B" w:rsidR="008D3B1B" w:rsidRPr="008D3B1B" w:rsidRDefault="008D3B1B" w:rsidP="008D3B1B">
      <w:pPr>
        <w:adjustRightInd w:val="0"/>
        <w:spacing w:after="0" w:line="276" w:lineRule="auto"/>
        <w:jc w:val="both"/>
        <w:rPr>
          <w:sz w:val="24"/>
          <w:szCs w:val="24"/>
          <w:lang w:val="it-IT"/>
        </w:rPr>
      </w:pPr>
      <w:r w:rsidRPr="008D3B1B">
        <w:rPr>
          <w:sz w:val="24"/>
          <w:szCs w:val="24"/>
          <w:lang w:val="it-IT"/>
        </w:rPr>
        <w:t>Ai fini della compilazione della presente scheda e della successiva valutazione si applicano le seguenti disposizioni:</w:t>
      </w:r>
    </w:p>
    <w:p w14:paraId="26C96A8E"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il titolo e/o l’abilitazione utilizzati quale requisito di ammissione ai sensi dell’art. 6, lett. a), non determinano, in quanto tali, autonoma attribuzione di punteggio; </w:t>
      </w:r>
    </w:p>
    <w:p w14:paraId="18098C93"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per il candidato ammesso ai sensi dell’art. 6, lett. b), </w:t>
      </w:r>
      <w:r w:rsidRPr="008D3B1B">
        <w:rPr>
          <w:b/>
          <w:bCs/>
          <w:sz w:val="24"/>
          <w:szCs w:val="24"/>
          <w:lang w:val="it-IT"/>
        </w:rPr>
        <w:t>l’annualità di esperienza indicata nell’Allegato A quale requisito di ammissione non deve essere riportata ai fini del punteggio nella categoria A</w:t>
      </w:r>
      <w:r w:rsidRPr="008D3B1B">
        <w:rPr>
          <w:sz w:val="24"/>
          <w:szCs w:val="24"/>
          <w:lang w:val="it-IT"/>
        </w:rPr>
        <w:t xml:space="preserve">; sono valutabili esclusivamente le eventuali ulteriori annualità; </w:t>
      </w:r>
    </w:p>
    <w:p w14:paraId="4162A5B7"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nella categoria A ciascun anno scolastico è conteggiato una sola volta, indipendentemente dal numero di plessi, classi, gruppi di alunni o periodi interessati; </w:t>
      </w:r>
    </w:p>
    <w:p w14:paraId="007C2DCF"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nella categoria D sono valutabili esclusivamente corsi di formazione documentati della durata non inferiore a </w:t>
      </w:r>
      <w:r w:rsidRPr="008D3B1B">
        <w:rPr>
          <w:b/>
          <w:bCs/>
          <w:sz w:val="24"/>
          <w:szCs w:val="24"/>
          <w:lang w:val="it-IT"/>
        </w:rPr>
        <w:t>20 ore</w:t>
      </w:r>
      <w:r w:rsidRPr="008D3B1B">
        <w:rPr>
          <w:sz w:val="24"/>
          <w:szCs w:val="24"/>
          <w:lang w:val="it-IT"/>
        </w:rPr>
        <w:t xml:space="preserve"> e pertinenti agli ambiti espressamente indicati; </w:t>
      </w:r>
    </w:p>
    <w:p w14:paraId="36F606E3"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sono valutati esclusivamente titoli, incarichi, servizi, attività ed esperienze </w:t>
      </w:r>
      <w:r w:rsidRPr="008D3B1B">
        <w:rPr>
          <w:b/>
          <w:bCs/>
          <w:sz w:val="24"/>
          <w:szCs w:val="24"/>
          <w:lang w:val="it-IT"/>
        </w:rPr>
        <w:t>chiaramente dichiarati, pertinenti e documentabili o verificabili</w:t>
      </w:r>
      <w:r w:rsidRPr="008D3B1B">
        <w:rPr>
          <w:sz w:val="24"/>
          <w:szCs w:val="24"/>
          <w:lang w:val="it-IT"/>
        </w:rPr>
        <w:t xml:space="preserve">; </w:t>
      </w:r>
    </w:p>
    <w:p w14:paraId="1772FE25"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il medesimo titolo, servizio, incarico, attività o esperienza </w:t>
      </w:r>
      <w:r w:rsidRPr="008D3B1B">
        <w:rPr>
          <w:b/>
          <w:bCs/>
          <w:sz w:val="24"/>
          <w:szCs w:val="24"/>
          <w:lang w:val="it-IT"/>
        </w:rPr>
        <w:t>non può essere valutato in più categorie</w:t>
      </w:r>
      <w:r w:rsidRPr="008D3B1B">
        <w:rPr>
          <w:sz w:val="24"/>
          <w:szCs w:val="24"/>
          <w:lang w:val="it-IT"/>
        </w:rPr>
        <w:t xml:space="preserve">; </w:t>
      </w:r>
    </w:p>
    <w:p w14:paraId="318CA1EA"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qualora un titolo, servizio, incarico, attività o esperienza risulti riconducibile a più categorie, esso sarà valutato una sola volta nella categoria oggettivamente più pertinente; </w:t>
      </w:r>
    </w:p>
    <w:p w14:paraId="7B2C6AFE"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lastRenderedPageBreak/>
        <w:t xml:space="preserve">non sono attribuiti punteggi per dichiarazioni generiche dalle quali non sia possibile desumere gli elementi necessari alla verifica della natura, della durata e, ove richiesto, del formale conferimento dell’attività dichiarata; </w:t>
      </w:r>
    </w:p>
    <w:p w14:paraId="72117C12"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il punteggio indicato dal candidato costituisce </w:t>
      </w:r>
      <w:r w:rsidRPr="008D3B1B">
        <w:rPr>
          <w:b/>
          <w:bCs/>
          <w:sz w:val="24"/>
          <w:szCs w:val="24"/>
          <w:lang w:val="it-IT"/>
        </w:rPr>
        <w:t>autovalutazione e non è vincolante per l’Istituzione scolastica</w:t>
      </w:r>
      <w:r w:rsidRPr="008D3B1B">
        <w:rPr>
          <w:sz w:val="24"/>
          <w:szCs w:val="24"/>
          <w:lang w:val="it-IT"/>
        </w:rPr>
        <w:t xml:space="preserve">, alla quale compete la verifica dei requisiti dichiarati e l’attribuzione del punteggio definitivo sulla base dei criteri stabiliti dall’Avviso; </w:t>
      </w:r>
    </w:p>
    <w:p w14:paraId="23D1AAAA" w14:textId="77777777" w:rsidR="008D3B1B" w:rsidRPr="008D3B1B" w:rsidRDefault="008D3B1B" w:rsidP="008D3B1B">
      <w:pPr>
        <w:numPr>
          <w:ilvl w:val="0"/>
          <w:numId w:val="32"/>
        </w:numPr>
        <w:adjustRightInd w:val="0"/>
        <w:spacing w:after="0" w:line="276" w:lineRule="auto"/>
        <w:jc w:val="both"/>
        <w:rPr>
          <w:sz w:val="24"/>
          <w:szCs w:val="24"/>
          <w:lang w:val="it-IT"/>
        </w:rPr>
      </w:pPr>
      <w:r w:rsidRPr="008D3B1B">
        <w:rPr>
          <w:sz w:val="24"/>
          <w:szCs w:val="24"/>
          <w:lang w:val="it-IT"/>
        </w:rPr>
        <w:t xml:space="preserve">l’Istituzione scolastica si riserva di effettuare controlli sulle dichiarazioni rese e di richiedere, ove necessario, la documentazione utile alla verifica di quanto dichiarato, secondo la normativa vigente. </w:t>
      </w:r>
    </w:p>
    <w:p w14:paraId="3D8CF36E" w14:textId="129FAB82" w:rsidR="008D3B1B" w:rsidRPr="008D3B1B" w:rsidRDefault="008D3B1B" w:rsidP="008D3B1B">
      <w:pPr>
        <w:adjustRightInd w:val="0"/>
        <w:spacing w:after="0" w:line="276" w:lineRule="auto"/>
        <w:jc w:val="both"/>
        <w:rPr>
          <w:sz w:val="24"/>
          <w:szCs w:val="24"/>
          <w:lang w:val="it-IT"/>
        </w:rPr>
      </w:pPr>
    </w:p>
    <w:p w14:paraId="63639B3A" w14:textId="77777777" w:rsidR="008D3B1B" w:rsidRPr="008D3B1B" w:rsidRDefault="008D3B1B" w:rsidP="008D3B1B">
      <w:pPr>
        <w:adjustRightInd w:val="0"/>
        <w:spacing w:after="0" w:line="276" w:lineRule="auto"/>
        <w:jc w:val="both"/>
        <w:rPr>
          <w:sz w:val="24"/>
          <w:szCs w:val="24"/>
          <w:lang w:val="it-IT"/>
        </w:rPr>
      </w:pPr>
      <w:r w:rsidRPr="008D3B1B">
        <w:rPr>
          <w:sz w:val="24"/>
          <w:szCs w:val="24"/>
          <w:lang w:val="it-IT"/>
        </w:rPr>
        <w:t>Il/La sottoscritto/a dichiara che tutte le informazioni riportate nella presente scheda corrispondono al vero e trovano riscontro nel curriculum vitae allegato e/o nella documentazione prodotta o comunque verificabile dall’Istituzione scolastica.</w:t>
      </w:r>
    </w:p>
    <w:p w14:paraId="4B72E0E8" w14:textId="77777777" w:rsidR="008D3B1B" w:rsidRDefault="008D3B1B" w:rsidP="008D3B1B">
      <w:pPr>
        <w:adjustRightInd w:val="0"/>
        <w:spacing w:after="0" w:line="276" w:lineRule="auto"/>
        <w:jc w:val="both"/>
        <w:rPr>
          <w:sz w:val="24"/>
          <w:szCs w:val="24"/>
          <w:lang w:val="it-IT"/>
        </w:rPr>
      </w:pPr>
    </w:p>
    <w:p w14:paraId="5BFA5320" w14:textId="7DF56D66" w:rsidR="008D3B1B" w:rsidRPr="008D3B1B" w:rsidRDefault="008D3B1B" w:rsidP="008D3B1B">
      <w:pPr>
        <w:adjustRightInd w:val="0"/>
        <w:spacing w:after="0" w:line="276" w:lineRule="auto"/>
        <w:jc w:val="both"/>
        <w:rPr>
          <w:sz w:val="24"/>
          <w:szCs w:val="24"/>
          <w:lang w:val="it-IT"/>
        </w:rPr>
      </w:pPr>
      <w:r w:rsidRPr="008D3B1B">
        <w:rPr>
          <w:sz w:val="24"/>
          <w:szCs w:val="24"/>
          <w:lang w:val="it-IT"/>
        </w:rPr>
        <w:t>Data ________</w:t>
      </w:r>
    </w:p>
    <w:p w14:paraId="3C605A89" w14:textId="77777777" w:rsidR="008D3B1B" w:rsidRDefault="008D3B1B" w:rsidP="008D3B1B">
      <w:pPr>
        <w:adjustRightInd w:val="0"/>
        <w:spacing w:after="0" w:line="276" w:lineRule="auto"/>
        <w:jc w:val="both"/>
        <w:rPr>
          <w:b/>
          <w:bCs/>
          <w:sz w:val="24"/>
          <w:szCs w:val="24"/>
          <w:lang w:val="it-IT"/>
        </w:rPr>
      </w:pPr>
    </w:p>
    <w:p w14:paraId="2D53DF59" w14:textId="5D6AF032" w:rsidR="008D3B1B" w:rsidRPr="008D3B1B" w:rsidRDefault="008D3B1B" w:rsidP="008D3B1B">
      <w:pPr>
        <w:adjustRightInd w:val="0"/>
        <w:spacing w:after="0" w:line="276" w:lineRule="auto"/>
        <w:jc w:val="both"/>
        <w:rPr>
          <w:sz w:val="24"/>
          <w:szCs w:val="24"/>
          <w:lang w:val="it-IT"/>
        </w:rPr>
      </w:pPr>
      <w:r w:rsidRPr="008D3B1B">
        <w:rPr>
          <w:b/>
          <w:bCs/>
          <w:sz w:val="24"/>
          <w:szCs w:val="24"/>
          <w:lang w:val="it-IT"/>
        </w:rPr>
        <w:t>Firma del candidato</w:t>
      </w:r>
      <w:r>
        <w:rPr>
          <w:b/>
          <w:bCs/>
          <w:sz w:val="24"/>
          <w:szCs w:val="24"/>
          <w:lang w:val="it-IT"/>
        </w:rPr>
        <w:t xml:space="preserve"> </w:t>
      </w:r>
      <w:r>
        <w:rPr>
          <w:sz w:val="24"/>
          <w:szCs w:val="24"/>
          <w:lang w:val="it-IT"/>
        </w:rPr>
        <w:t>_________________________________________________</w:t>
      </w:r>
    </w:p>
    <w:p w14:paraId="1F02C0B0" w14:textId="77777777" w:rsidR="008D3B1B" w:rsidRPr="00164973" w:rsidRDefault="008D3B1B" w:rsidP="00164973">
      <w:pPr>
        <w:adjustRightInd w:val="0"/>
        <w:spacing w:after="0" w:line="276" w:lineRule="auto"/>
        <w:jc w:val="both"/>
        <w:rPr>
          <w:sz w:val="24"/>
          <w:szCs w:val="24"/>
          <w:lang w:val="it-IT"/>
        </w:rPr>
      </w:pPr>
    </w:p>
    <w:sectPr w:rsidR="008D3B1B" w:rsidRPr="00164973" w:rsidSect="00034616">
      <w:footerReference w:type="default" r:id="rId8"/>
      <w:pgSz w:w="12240" w:h="15840"/>
      <w:pgMar w:top="850" w:right="1134" w:bottom="85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DB57" w14:textId="77777777" w:rsidR="00E365E7" w:rsidRDefault="00E365E7">
      <w:pPr>
        <w:spacing w:after="0" w:line="240" w:lineRule="auto"/>
      </w:pPr>
      <w:r>
        <w:separator/>
      </w:r>
    </w:p>
  </w:endnote>
  <w:endnote w:type="continuationSeparator" w:id="0">
    <w:p w14:paraId="64C24299" w14:textId="77777777" w:rsidR="00E365E7" w:rsidRDefault="00E36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9E8A" w14:textId="625CA002" w:rsidR="003268CD" w:rsidRDefault="003268C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638AC" w14:textId="77777777" w:rsidR="00E365E7" w:rsidRDefault="00E365E7">
      <w:pPr>
        <w:spacing w:after="0" w:line="240" w:lineRule="auto"/>
      </w:pPr>
      <w:r>
        <w:separator/>
      </w:r>
    </w:p>
  </w:footnote>
  <w:footnote w:type="continuationSeparator" w:id="0">
    <w:p w14:paraId="0AF839A4" w14:textId="77777777" w:rsidR="00E365E7" w:rsidRDefault="00E36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BF322DD"/>
    <w:multiLevelType w:val="multilevel"/>
    <w:tmpl w:val="7D80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3280B"/>
    <w:multiLevelType w:val="multilevel"/>
    <w:tmpl w:val="AE40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12446"/>
    <w:multiLevelType w:val="multilevel"/>
    <w:tmpl w:val="89DE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D48E3"/>
    <w:multiLevelType w:val="multilevel"/>
    <w:tmpl w:val="F38E4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D300B6"/>
    <w:multiLevelType w:val="multilevel"/>
    <w:tmpl w:val="EFFE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90AE3"/>
    <w:multiLevelType w:val="multilevel"/>
    <w:tmpl w:val="9DF66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F66EA5"/>
    <w:multiLevelType w:val="multilevel"/>
    <w:tmpl w:val="1E76F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CE7DFA"/>
    <w:multiLevelType w:val="multilevel"/>
    <w:tmpl w:val="4B9A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F43A5E"/>
    <w:multiLevelType w:val="multilevel"/>
    <w:tmpl w:val="DC44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E3919"/>
    <w:multiLevelType w:val="multilevel"/>
    <w:tmpl w:val="614E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BC1B6B"/>
    <w:multiLevelType w:val="multilevel"/>
    <w:tmpl w:val="F856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3028D"/>
    <w:multiLevelType w:val="multilevel"/>
    <w:tmpl w:val="0182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C33DC5"/>
    <w:multiLevelType w:val="multilevel"/>
    <w:tmpl w:val="EB12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0647ED"/>
    <w:multiLevelType w:val="multilevel"/>
    <w:tmpl w:val="2ECA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930E1C"/>
    <w:multiLevelType w:val="multilevel"/>
    <w:tmpl w:val="CF0A4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904C8F"/>
    <w:multiLevelType w:val="multilevel"/>
    <w:tmpl w:val="9CD2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9B67B0"/>
    <w:multiLevelType w:val="multilevel"/>
    <w:tmpl w:val="32CA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8A7001"/>
    <w:multiLevelType w:val="multilevel"/>
    <w:tmpl w:val="3CE8E0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F9784D"/>
    <w:multiLevelType w:val="multilevel"/>
    <w:tmpl w:val="D874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120606"/>
    <w:multiLevelType w:val="multilevel"/>
    <w:tmpl w:val="8C44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5F072D"/>
    <w:multiLevelType w:val="multilevel"/>
    <w:tmpl w:val="CF66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0A08AD"/>
    <w:multiLevelType w:val="hybridMultilevel"/>
    <w:tmpl w:val="003C3C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CFE6A06"/>
    <w:multiLevelType w:val="multilevel"/>
    <w:tmpl w:val="64BE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E6AB3"/>
    <w:multiLevelType w:val="multilevel"/>
    <w:tmpl w:val="2F56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781921">
    <w:abstractNumId w:val="8"/>
  </w:num>
  <w:num w:numId="2" w16cid:durableId="2066562272">
    <w:abstractNumId w:val="6"/>
  </w:num>
  <w:num w:numId="3" w16cid:durableId="595594231">
    <w:abstractNumId w:val="5"/>
  </w:num>
  <w:num w:numId="4" w16cid:durableId="2031299453">
    <w:abstractNumId w:val="4"/>
  </w:num>
  <w:num w:numId="5" w16cid:durableId="1009912790">
    <w:abstractNumId w:val="7"/>
  </w:num>
  <w:num w:numId="6" w16cid:durableId="448933899">
    <w:abstractNumId w:val="3"/>
  </w:num>
  <w:num w:numId="7" w16cid:durableId="2095782727">
    <w:abstractNumId w:val="2"/>
  </w:num>
  <w:num w:numId="8" w16cid:durableId="502860978">
    <w:abstractNumId w:val="1"/>
  </w:num>
  <w:num w:numId="9" w16cid:durableId="1163277520">
    <w:abstractNumId w:val="0"/>
  </w:num>
  <w:num w:numId="10" w16cid:durableId="324091794">
    <w:abstractNumId w:val="20"/>
  </w:num>
  <w:num w:numId="11" w16cid:durableId="679507540">
    <w:abstractNumId w:val="10"/>
  </w:num>
  <w:num w:numId="12" w16cid:durableId="1532646645">
    <w:abstractNumId w:val="19"/>
  </w:num>
  <w:num w:numId="13" w16cid:durableId="1182664513">
    <w:abstractNumId w:val="30"/>
  </w:num>
  <w:num w:numId="14" w16cid:durableId="1097094587">
    <w:abstractNumId w:val="28"/>
  </w:num>
  <w:num w:numId="15" w16cid:durableId="140466933">
    <w:abstractNumId w:val="13"/>
  </w:num>
  <w:num w:numId="16" w16cid:durableId="1881504743">
    <w:abstractNumId w:val="11"/>
  </w:num>
  <w:num w:numId="17" w16cid:durableId="1286695704">
    <w:abstractNumId w:val="22"/>
  </w:num>
  <w:num w:numId="18" w16cid:durableId="736588308">
    <w:abstractNumId w:val="15"/>
  </w:num>
  <w:num w:numId="19" w16cid:durableId="1701928057">
    <w:abstractNumId w:val="16"/>
  </w:num>
  <w:num w:numId="20" w16cid:durableId="1607076524">
    <w:abstractNumId w:val="17"/>
  </w:num>
  <w:num w:numId="21" w16cid:durableId="1320694353">
    <w:abstractNumId w:val="14"/>
  </w:num>
  <w:num w:numId="22" w16cid:durableId="446316680">
    <w:abstractNumId w:val="18"/>
  </w:num>
  <w:num w:numId="23" w16cid:durableId="887379736">
    <w:abstractNumId w:val="24"/>
  </w:num>
  <w:num w:numId="24" w16cid:durableId="641616336">
    <w:abstractNumId w:val="27"/>
  </w:num>
  <w:num w:numId="25" w16cid:durableId="1350371441">
    <w:abstractNumId w:val="29"/>
  </w:num>
  <w:num w:numId="26" w16cid:durableId="171728783">
    <w:abstractNumId w:val="32"/>
  </w:num>
  <w:num w:numId="27" w16cid:durableId="1194268399">
    <w:abstractNumId w:val="23"/>
  </w:num>
  <w:num w:numId="28" w16cid:durableId="1253010324">
    <w:abstractNumId w:val="9"/>
  </w:num>
  <w:num w:numId="29" w16cid:durableId="276525763">
    <w:abstractNumId w:val="25"/>
  </w:num>
  <w:num w:numId="30" w16cid:durableId="548028877">
    <w:abstractNumId w:val="31"/>
  </w:num>
  <w:num w:numId="31" w16cid:durableId="1632327036">
    <w:abstractNumId w:val="26"/>
  </w:num>
  <w:num w:numId="32" w16cid:durableId="203754038">
    <w:abstractNumId w:val="12"/>
  </w:num>
  <w:num w:numId="33" w16cid:durableId="5092537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715"/>
    <w:rsid w:val="0006063C"/>
    <w:rsid w:val="00123AD2"/>
    <w:rsid w:val="00145300"/>
    <w:rsid w:val="0015074B"/>
    <w:rsid w:val="00164973"/>
    <w:rsid w:val="00185FE2"/>
    <w:rsid w:val="001F2F3E"/>
    <w:rsid w:val="00280712"/>
    <w:rsid w:val="0029639D"/>
    <w:rsid w:val="003074E6"/>
    <w:rsid w:val="003247A6"/>
    <w:rsid w:val="003268CD"/>
    <w:rsid w:val="00326F90"/>
    <w:rsid w:val="00335C31"/>
    <w:rsid w:val="00345706"/>
    <w:rsid w:val="004A191C"/>
    <w:rsid w:val="004D0121"/>
    <w:rsid w:val="00594299"/>
    <w:rsid w:val="006F2CC8"/>
    <w:rsid w:val="00721C19"/>
    <w:rsid w:val="00791831"/>
    <w:rsid w:val="008262B9"/>
    <w:rsid w:val="00837F03"/>
    <w:rsid w:val="00862102"/>
    <w:rsid w:val="008D3B1B"/>
    <w:rsid w:val="008D3F48"/>
    <w:rsid w:val="00947C2A"/>
    <w:rsid w:val="0095023A"/>
    <w:rsid w:val="00972EF1"/>
    <w:rsid w:val="009E2B92"/>
    <w:rsid w:val="009F2F7B"/>
    <w:rsid w:val="00AA1D8D"/>
    <w:rsid w:val="00B37604"/>
    <w:rsid w:val="00B41BFC"/>
    <w:rsid w:val="00B439F3"/>
    <w:rsid w:val="00B47730"/>
    <w:rsid w:val="00B92354"/>
    <w:rsid w:val="00BA2791"/>
    <w:rsid w:val="00C76E0E"/>
    <w:rsid w:val="00CB0664"/>
    <w:rsid w:val="00CE49B7"/>
    <w:rsid w:val="00D007C3"/>
    <w:rsid w:val="00D735F1"/>
    <w:rsid w:val="00E365E7"/>
    <w:rsid w:val="00E641BD"/>
    <w:rsid w:val="00E86D33"/>
    <w:rsid w:val="00E9490C"/>
    <w:rsid w:val="00F275E9"/>
    <w:rsid w:val="00F418CC"/>
    <w:rsid w:val="00F51798"/>
    <w:rsid w:val="00FA2B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45AB6625"/>
  <w14:defaultImageDpi w14:val="300"/>
  <w15:docId w15:val="{0D802ECB-7CFE-4F8C-A7F5-5615D01B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2" w:lineRule="auto"/>
    </w:pPr>
    <w:rPr>
      <w:rFonts w:ascii="Arial" w:hAnsi="Arial"/>
      <w:sz w:val="21"/>
    </w:rPr>
  </w:style>
  <w:style w:type="paragraph" w:styleId="Titolo1">
    <w:name w:val="heading 1"/>
    <w:basedOn w:val="Normale"/>
    <w:next w:val="Normale"/>
    <w:link w:val="Titolo1Carattere"/>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estern">
    <w:name w:val="western"/>
    <w:basedOn w:val="Normale"/>
    <w:rsid w:val="00791831"/>
    <w:pPr>
      <w:spacing w:before="100" w:beforeAutospacing="1" w:after="0" w:line="240" w:lineRule="auto"/>
    </w:pPr>
    <w:rPr>
      <w:rFonts w:ascii="Times New Roman" w:eastAsia="Times New Roman" w:hAnsi="Times New Roman" w:cs="Times New Roman"/>
      <w:b/>
      <w:bCs/>
      <w:i/>
      <w:iCs/>
      <w:color w:val="000000"/>
      <w:sz w:val="24"/>
      <w:szCs w:val="24"/>
      <w:lang w:val="it-IT" w:eastAsia="it-IT"/>
    </w:rPr>
  </w:style>
  <w:style w:type="character" w:styleId="Collegamentoipertestuale">
    <w:name w:val="Hyperlink"/>
    <w:basedOn w:val="Carpredefinitoparagrafo"/>
    <w:uiPriority w:val="99"/>
    <w:unhideWhenUsed/>
    <w:rsid w:val="00791831"/>
    <w:rPr>
      <w:color w:val="0000FF" w:themeColor="hyperlink"/>
      <w:u w:val="single"/>
    </w:rPr>
  </w:style>
  <w:style w:type="character" w:styleId="Menzionenonrisolta">
    <w:name w:val="Unresolved Mention"/>
    <w:basedOn w:val="Carpredefinitoparagrafo"/>
    <w:uiPriority w:val="99"/>
    <w:semiHidden/>
    <w:unhideWhenUsed/>
    <w:rsid w:val="00791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2387</Words>
  <Characters>13610</Characters>
  <Application>Microsoft Office Word</Application>
  <DocSecurity>0</DocSecurity>
  <Lines>113</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Gruppo di lavoro Intercultura e alunni NAI/non italofoni – a.s. 2026/2027</vt:lpstr>
      <vt:lpstr/>
    </vt:vector>
  </TitlesOfParts>
  <Manager/>
  <Company/>
  <LinksUpToDate>false</LinksUpToDate>
  <CharactersWithSpaces>15966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Gruppo di lavoro Intercultura e alunni NAI/non italofoni – a.s. 2026/2027</dc:title>
  <dc:subject/>
  <dc:creator>Istituto Comprensivo Pino Puglisi</dc:creator>
  <cp:keywords/>
  <dc:description>generated by python-docx</dc:description>
  <cp:lastModifiedBy>Dirigente</cp:lastModifiedBy>
  <cp:revision>3</cp:revision>
  <cp:lastPrinted>2026-09-23T10:13:00Z</cp:lastPrinted>
  <dcterms:created xsi:type="dcterms:W3CDTF">2026-09-23T10:29:00Z</dcterms:created>
  <dcterms:modified xsi:type="dcterms:W3CDTF">2026-09-23T10:29:00Z</dcterms:modified>
  <cp:category/>
</cp:coreProperties>
</file>