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19E" w:rsidRPr="00C6469E" w:rsidRDefault="001968A2" w:rsidP="00C6469E">
      <w:pPr>
        <w:pStyle w:val="Titolo"/>
        <w:pBdr>
          <w:bottom w:val="single" w:sz="8" w:space="9" w:color="4F81BD" w:themeColor="accent1"/>
        </w:pBdr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C6469E">
        <w:rPr>
          <w:rFonts w:ascii="Arial" w:hAnsi="Arial" w:cs="Arial"/>
          <w:b/>
          <w:color w:val="auto"/>
          <w:sz w:val="24"/>
          <w:szCs w:val="24"/>
        </w:rPr>
        <w:t>ALLEGATO B</w:t>
      </w:r>
    </w:p>
    <w:p w:rsidR="0079519E" w:rsidRPr="00C6469E" w:rsidRDefault="001968A2" w:rsidP="00C6469E">
      <w:pPr>
        <w:jc w:val="both"/>
        <w:rPr>
          <w:rFonts w:cs="Arial"/>
          <w:sz w:val="24"/>
          <w:szCs w:val="24"/>
        </w:rPr>
      </w:pPr>
      <w:r w:rsidRPr="00C6469E">
        <w:rPr>
          <w:rFonts w:cs="Arial"/>
          <w:b/>
          <w:sz w:val="24"/>
          <w:szCs w:val="24"/>
        </w:rPr>
        <w:t>SCHEDA DI AUTOVALUTAZIONE DEI TITOLI CULTURALI E DELLE ESPERIENZE PROFESSIONALI</w:t>
      </w:r>
    </w:p>
    <w:p w:rsidR="001968A2" w:rsidRDefault="001968A2" w:rsidP="001968A2">
      <w:pPr>
        <w:spacing w:after="0"/>
        <w:jc w:val="right"/>
        <w:rPr>
          <w:rFonts w:cs="Arial"/>
          <w:b/>
          <w:sz w:val="24"/>
          <w:szCs w:val="24"/>
        </w:rPr>
      </w:pPr>
      <w:r w:rsidRPr="00C6469E">
        <w:rPr>
          <w:rFonts w:cs="Arial"/>
          <w:b/>
          <w:sz w:val="24"/>
          <w:szCs w:val="24"/>
        </w:rPr>
        <w:t xml:space="preserve">Al Dirigente Scolastico </w:t>
      </w:r>
    </w:p>
    <w:p w:rsidR="001968A2" w:rsidRDefault="001968A2" w:rsidP="001968A2">
      <w:pPr>
        <w:spacing w:after="0"/>
        <w:jc w:val="right"/>
        <w:rPr>
          <w:rFonts w:cs="Arial"/>
          <w:b/>
          <w:sz w:val="24"/>
          <w:szCs w:val="24"/>
        </w:rPr>
      </w:pPr>
      <w:proofErr w:type="spellStart"/>
      <w:r w:rsidRPr="00C6469E">
        <w:rPr>
          <w:rFonts w:cs="Arial"/>
          <w:b/>
          <w:sz w:val="24"/>
          <w:szCs w:val="24"/>
        </w:rPr>
        <w:t>dell’Istituto</w:t>
      </w:r>
      <w:proofErr w:type="spellEnd"/>
      <w:r w:rsidRPr="00C6469E">
        <w:rPr>
          <w:rFonts w:cs="Arial"/>
          <w:b/>
          <w:sz w:val="24"/>
          <w:szCs w:val="24"/>
        </w:rPr>
        <w:t xml:space="preserve"> </w:t>
      </w:r>
      <w:proofErr w:type="spellStart"/>
      <w:r w:rsidRPr="00C6469E">
        <w:rPr>
          <w:rFonts w:cs="Arial"/>
          <w:b/>
          <w:sz w:val="24"/>
          <w:szCs w:val="24"/>
        </w:rPr>
        <w:t>Comprensivo</w:t>
      </w:r>
      <w:proofErr w:type="spellEnd"/>
      <w:r w:rsidRPr="00C6469E">
        <w:rPr>
          <w:rFonts w:cs="Arial"/>
          <w:b/>
          <w:sz w:val="24"/>
          <w:szCs w:val="24"/>
        </w:rPr>
        <w:t xml:space="preserve"> “</w:t>
      </w:r>
      <w:proofErr w:type="spellStart"/>
      <w:r w:rsidRPr="00C6469E">
        <w:rPr>
          <w:rFonts w:cs="Arial"/>
          <w:b/>
          <w:sz w:val="24"/>
          <w:szCs w:val="24"/>
        </w:rPr>
        <w:t>Pino</w:t>
      </w:r>
      <w:proofErr w:type="spellEnd"/>
      <w:r w:rsidRPr="00C6469E">
        <w:rPr>
          <w:rFonts w:cs="Arial"/>
          <w:b/>
          <w:sz w:val="24"/>
          <w:szCs w:val="24"/>
        </w:rPr>
        <w:t xml:space="preserve"> Puglisi”</w:t>
      </w:r>
    </w:p>
    <w:p w:rsidR="0079519E" w:rsidRPr="00C6469E" w:rsidRDefault="001968A2" w:rsidP="001968A2">
      <w:pPr>
        <w:spacing w:after="0"/>
        <w:jc w:val="right"/>
        <w:rPr>
          <w:rFonts w:cs="Arial"/>
          <w:b/>
          <w:sz w:val="24"/>
          <w:szCs w:val="24"/>
        </w:rPr>
      </w:pPr>
      <w:r w:rsidRPr="00C6469E">
        <w:rPr>
          <w:rFonts w:cs="Arial"/>
          <w:b/>
          <w:sz w:val="24"/>
          <w:szCs w:val="24"/>
        </w:rPr>
        <w:t xml:space="preserve"> – Roma</w:t>
      </w:r>
    </w:p>
    <w:p w:rsidR="0079519E" w:rsidRPr="001968A2" w:rsidRDefault="001968A2" w:rsidP="001968A2">
      <w:pPr>
        <w:spacing w:after="0"/>
        <w:jc w:val="both"/>
        <w:rPr>
          <w:rFonts w:cs="Arial"/>
          <w:b/>
          <w:sz w:val="24"/>
          <w:szCs w:val="24"/>
        </w:rPr>
      </w:pPr>
      <w:r w:rsidRPr="001968A2">
        <w:rPr>
          <w:rFonts w:cs="Arial"/>
          <w:b/>
          <w:sz w:val="24"/>
          <w:szCs w:val="24"/>
        </w:rPr>
        <w:t>Programma Nazionale “Scuola e competenze” 2021–2027 – FSE+</w:t>
      </w:r>
    </w:p>
    <w:p w:rsidR="001968A2" w:rsidRPr="001968A2" w:rsidRDefault="001968A2" w:rsidP="001968A2">
      <w:pPr>
        <w:spacing w:after="0"/>
        <w:jc w:val="both"/>
        <w:rPr>
          <w:rFonts w:cs="Arial"/>
          <w:b/>
          <w:sz w:val="24"/>
          <w:szCs w:val="24"/>
        </w:rPr>
      </w:pPr>
      <w:r w:rsidRPr="001968A2">
        <w:rPr>
          <w:rFonts w:cs="Arial"/>
          <w:b/>
          <w:sz w:val="24"/>
          <w:szCs w:val="24"/>
        </w:rPr>
        <w:t xml:space="preserve">Progetto: “Storie in Movimento”  </w:t>
      </w:r>
    </w:p>
    <w:p w:rsidR="0079519E" w:rsidRPr="001968A2" w:rsidRDefault="001968A2" w:rsidP="001968A2">
      <w:pPr>
        <w:jc w:val="both"/>
        <w:rPr>
          <w:rFonts w:cs="Arial"/>
          <w:sz w:val="24"/>
          <w:szCs w:val="24"/>
        </w:rPr>
      </w:pPr>
      <w:r w:rsidRPr="00C6469E">
        <w:rPr>
          <w:rFonts w:cs="Arial"/>
          <w:b/>
          <w:sz w:val="24"/>
          <w:szCs w:val="24"/>
        </w:rPr>
        <w:t xml:space="preserve"> Codice progetto: ESO4.</w:t>
      </w:r>
      <w:proofErr w:type="gramStart"/>
      <w:r w:rsidRPr="00C6469E">
        <w:rPr>
          <w:rFonts w:cs="Arial"/>
          <w:b/>
          <w:sz w:val="24"/>
          <w:szCs w:val="24"/>
        </w:rPr>
        <w:t>6.A</w:t>
      </w:r>
      <w:proofErr w:type="gramEnd"/>
      <w:r w:rsidRPr="00C6469E">
        <w:rPr>
          <w:rFonts w:cs="Arial"/>
          <w:b/>
          <w:sz w:val="24"/>
          <w:szCs w:val="24"/>
        </w:rPr>
        <w:t>4.A-FSEPN-LA-2026-744</w:t>
      </w:r>
    </w:p>
    <w:p w:rsidR="00C6469E" w:rsidRPr="00C6469E" w:rsidRDefault="001968A2" w:rsidP="00C6469E">
      <w:pPr>
        <w:spacing w:after="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  <w:r w:rsidR="00C6469E" w:rsidRPr="00C6469E">
        <w:rPr>
          <w:rFonts w:cs="Arial"/>
          <w:b/>
          <w:sz w:val="24"/>
          <w:szCs w:val="24"/>
        </w:rPr>
        <w:t xml:space="preserve">CUP: G84D26005710007   </w:t>
      </w:r>
    </w:p>
    <w:p w:rsidR="00C6469E" w:rsidRPr="00C6469E" w:rsidRDefault="001968A2" w:rsidP="00C6469E">
      <w:pPr>
        <w:spacing w:after="0"/>
        <w:rPr>
          <w:rFonts w:cs="Arial"/>
          <w:b/>
          <w:sz w:val="24"/>
          <w:szCs w:val="24"/>
        </w:rPr>
      </w:pPr>
      <w:r w:rsidRPr="00C6469E">
        <w:rPr>
          <w:rFonts w:cs="Arial"/>
          <w:b/>
          <w:sz w:val="24"/>
          <w:szCs w:val="24"/>
        </w:rPr>
        <w:t xml:space="preserve"> Modulo: “Musica Insieme – Suonare, cantare, condividere”   </w:t>
      </w:r>
    </w:p>
    <w:p w:rsidR="0079519E" w:rsidRDefault="001968A2" w:rsidP="00C6469E">
      <w:pPr>
        <w:spacing w:after="0"/>
        <w:rPr>
          <w:rFonts w:cs="Arial"/>
          <w:b/>
          <w:sz w:val="24"/>
          <w:szCs w:val="24"/>
        </w:rPr>
      </w:pPr>
      <w:r w:rsidRPr="00C6469E">
        <w:rPr>
          <w:rFonts w:cs="Arial"/>
          <w:b/>
          <w:sz w:val="24"/>
          <w:szCs w:val="24"/>
        </w:rPr>
        <w:t xml:space="preserve"> </w:t>
      </w:r>
      <w:proofErr w:type="spellStart"/>
      <w:r w:rsidRPr="00C6469E">
        <w:rPr>
          <w:rFonts w:cs="Arial"/>
          <w:b/>
          <w:sz w:val="24"/>
          <w:szCs w:val="24"/>
        </w:rPr>
        <w:t>Codice</w:t>
      </w:r>
      <w:proofErr w:type="spellEnd"/>
      <w:r w:rsidRPr="00C6469E">
        <w:rPr>
          <w:rFonts w:cs="Arial"/>
          <w:b/>
          <w:sz w:val="24"/>
          <w:szCs w:val="24"/>
        </w:rPr>
        <w:t xml:space="preserve"> modulo: 299852</w:t>
      </w:r>
    </w:p>
    <w:p w:rsidR="001968A2" w:rsidRPr="00C6469E" w:rsidRDefault="001968A2" w:rsidP="00C6469E">
      <w:pPr>
        <w:spacing w:after="0"/>
        <w:rPr>
          <w:rFonts w:cs="Arial"/>
          <w:b/>
          <w:sz w:val="24"/>
          <w:szCs w:val="24"/>
        </w:rPr>
      </w:pPr>
      <w:bookmarkStart w:id="0" w:name="_GoBack"/>
      <w:bookmarkEnd w:id="0"/>
    </w:p>
    <w:p w:rsidR="0079519E" w:rsidRPr="00C6469E" w:rsidRDefault="00C6469E" w:rsidP="00C6469E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Il/La sottoscritto/a</w:t>
      </w:r>
      <w:r w:rsidR="001968A2" w:rsidRPr="00C6469E">
        <w:rPr>
          <w:rFonts w:cs="Arial"/>
          <w:sz w:val="24"/>
          <w:szCs w:val="24"/>
        </w:rPr>
        <w:t>______________________________</w:t>
      </w:r>
      <w:r>
        <w:rPr>
          <w:rFonts w:cs="Arial"/>
          <w:sz w:val="24"/>
          <w:szCs w:val="24"/>
        </w:rPr>
        <w:t>______________________________</w:t>
      </w:r>
    </w:p>
    <w:p w:rsidR="0079519E" w:rsidRPr="00C6469E" w:rsidRDefault="001968A2" w:rsidP="00C6469E">
      <w:pPr>
        <w:rPr>
          <w:rFonts w:cs="Arial"/>
          <w:sz w:val="24"/>
          <w:szCs w:val="24"/>
        </w:rPr>
      </w:pPr>
      <w:r w:rsidRPr="00C6469E">
        <w:rPr>
          <w:rFonts w:cs="Arial"/>
          <w:sz w:val="24"/>
          <w:szCs w:val="24"/>
        </w:rPr>
        <w:t>nato/</w:t>
      </w:r>
      <w:proofErr w:type="gramStart"/>
      <w:r w:rsidRPr="00C6469E">
        <w:rPr>
          <w:rFonts w:cs="Arial"/>
          <w:sz w:val="24"/>
          <w:szCs w:val="24"/>
        </w:rPr>
        <w:t>a</w:t>
      </w:r>
      <w:proofErr w:type="gramEnd"/>
      <w:r w:rsidRPr="00C6469E">
        <w:rPr>
          <w:rFonts w:cs="Arial"/>
          <w:sz w:val="24"/>
          <w:szCs w:val="24"/>
        </w:rPr>
        <w:t xml:space="preserve"> a</w:t>
      </w:r>
      <w:r w:rsidRPr="00C6469E">
        <w:rPr>
          <w:rFonts w:cs="Arial"/>
          <w:sz w:val="24"/>
          <w:szCs w:val="24"/>
        </w:rPr>
        <w:t xml:space="preserve"> ________________________________________</w:t>
      </w:r>
      <w:r w:rsidR="00C6469E">
        <w:rPr>
          <w:rFonts w:cs="Arial"/>
          <w:sz w:val="24"/>
          <w:szCs w:val="24"/>
        </w:rPr>
        <w:t xml:space="preserve">______ </w:t>
      </w:r>
      <w:proofErr w:type="spellStart"/>
      <w:r w:rsidR="00C6469E">
        <w:rPr>
          <w:rFonts w:cs="Arial"/>
          <w:sz w:val="24"/>
          <w:szCs w:val="24"/>
        </w:rPr>
        <w:t>il</w:t>
      </w:r>
      <w:proofErr w:type="spellEnd"/>
      <w:r w:rsidR="00C6469E">
        <w:rPr>
          <w:rFonts w:cs="Arial"/>
          <w:sz w:val="24"/>
          <w:szCs w:val="24"/>
        </w:rPr>
        <w:t xml:space="preserve"> ___________________</w:t>
      </w:r>
    </w:p>
    <w:p w:rsidR="0079519E" w:rsidRPr="00C6469E" w:rsidRDefault="001968A2" w:rsidP="00C6469E">
      <w:pPr>
        <w:jc w:val="both"/>
        <w:rPr>
          <w:rFonts w:cs="Arial"/>
          <w:sz w:val="24"/>
          <w:szCs w:val="24"/>
        </w:rPr>
      </w:pPr>
      <w:r w:rsidRPr="00C6469E">
        <w:rPr>
          <w:rFonts w:cs="Arial"/>
          <w:sz w:val="24"/>
          <w:szCs w:val="24"/>
        </w:rPr>
        <w:t>docente in servizio presso l’Istituto Comprensivo “Pino Puglisi”, candidato/a per:</w:t>
      </w:r>
    </w:p>
    <w:p w:rsidR="0079519E" w:rsidRPr="00C6469E" w:rsidRDefault="001968A2" w:rsidP="00C6469E">
      <w:pPr>
        <w:jc w:val="both"/>
        <w:rPr>
          <w:rFonts w:cs="Arial"/>
          <w:sz w:val="24"/>
          <w:szCs w:val="24"/>
        </w:rPr>
      </w:pPr>
      <w:r w:rsidRPr="00C6469E">
        <w:rPr>
          <w:rFonts w:ascii="Segoe UI Symbol" w:hAnsi="Segoe UI Symbol" w:cs="Segoe UI Symbol"/>
          <w:sz w:val="24"/>
          <w:szCs w:val="24"/>
        </w:rPr>
        <w:t>☐</w:t>
      </w:r>
      <w:r w:rsidRPr="00C6469E">
        <w:rPr>
          <w:rFonts w:cs="Arial"/>
          <w:sz w:val="24"/>
          <w:szCs w:val="24"/>
        </w:rPr>
        <w:t xml:space="preserve"> ESPERTO       </w:t>
      </w:r>
      <w:r w:rsidRPr="00C6469E">
        <w:rPr>
          <w:rFonts w:ascii="Segoe UI Symbol" w:hAnsi="Segoe UI Symbol" w:cs="Segoe UI Symbol"/>
          <w:sz w:val="24"/>
          <w:szCs w:val="24"/>
        </w:rPr>
        <w:t>☐</w:t>
      </w:r>
      <w:r w:rsidRPr="00C6469E">
        <w:rPr>
          <w:rFonts w:cs="Arial"/>
          <w:sz w:val="24"/>
          <w:szCs w:val="24"/>
        </w:rPr>
        <w:t xml:space="preserve"> TUTOR</w:t>
      </w:r>
    </w:p>
    <w:p w:rsidR="0079519E" w:rsidRPr="00C6469E" w:rsidRDefault="001968A2" w:rsidP="00C6469E">
      <w:pPr>
        <w:jc w:val="both"/>
        <w:rPr>
          <w:rFonts w:cs="Arial"/>
          <w:sz w:val="24"/>
          <w:szCs w:val="24"/>
        </w:rPr>
      </w:pPr>
      <w:r w:rsidRPr="00C6469E">
        <w:rPr>
          <w:rFonts w:cs="Arial"/>
          <w:sz w:val="24"/>
          <w:szCs w:val="24"/>
        </w:rPr>
        <w:t>Ai sensi degli artt. 46 e 47 del D.P.R. 445/2000, consapevole delle sanzion</w:t>
      </w:r>
      <w:r w:rsidRPr="00C6469E">
        <w:rPr>
          <w:rFonts w:cs="Arial"/>
          <w:sz w:val="24"/>
          <w:szCs w:val="24"/>
        </w:rPr>
        <w:t>i previste in caso di dichiarazioni mendaci, DICHIARA di possedere i seguenti titoli ed esperienze e procede alla relativa autovalutazione ai sensi dell’articolo 3 dell’Avviso.</w:t>
      </w:r>
    </w:p>
    <w:p w:rsidR="0079519E" w:rsidRDefault="001968A2">
      <w:pPr>
        <w:pStyle w:val="Titolo2"/>
        <w:rPr>
          <w:rFonts w:ascii="Arial" w:hAnsi="Arial" w:cs="Arial"/>
          <w:color w:val="auto"/>
          <w:sz w:val="24"/>
          <w:szCs w:val="24"/>
        </w:rPr>
      </w:pPr>
      <w:r w:rsidRPr="00C6469E">
        <w:rPr>
          <w:rFonts w:ascii="Arial" w:hAnsi="Arial" w:cs="Arial"/>
          <w:color w:val="auto"/>
          <w:sz w:val="24"/>
          <w:szCs w:val="24"/>
        </w:rPr>
        <w:t>TABELLA DI AUTOVALUTAZIONE</w:t>
      </w:r>
    </w:p>
    <w:p w:rsidR="00C6469E" w:rsidRPr="00C6469E" w:rsidRDefault="00C6469E" w:rsidP="00C6469E"/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993"/>
        <w:gridCol w:w="1994"/>
        <w:gridCol w:w="1990"/>
        <w:gridCol w:w="1994"/>
        <w:gridCol w:w="1991"/>
      </w:tblGrid>
      <w:tr w:rsidR="0079519E" w:rsidRPr="00C6469E">
        <w:trPr>
          <w:jc w:val="center"/>
        </w:trPr>
        <w:tc>
          <w:tcPr>
            <w:tcW w:w="1994" w:type="dxa"/>
            <w:shd w:val="clear" w:color="auto" w:fill="E7EFF5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b/>
                <w:sz w:val="22"/>
              </w:rPr>
              <w:t>Titoli ed esperienze</w:t>
            </w:r>
          </w:p>
        </w:tc>
        <w:tc>
          <w:tcPr>
            <w:tcW w:w="1994" w:type="dxa"/>
            <w:shd w:val="clear" w:color="auto" w:fill="E7EFF5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b/>
                <w:sz w:val="22"/>
              </w:rPr>
              <w:t>Criterio</w:t>
            </w:r>
          </w:p>
        </w:tc>
        <w:tc>
          <w:tcPr>
            <w:tcW w:w="1994" w:type="dxa"/>
            <w:shd w:val="clear" w:color="auto" w:fill="E7EFF5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b/>
                <w:sz w:val="22"/>
              </w:rPr>
              <w:t>Max</w:t>
            </w:r>
          </w:p>
        </w:tc>
        <w:tc>
          <w:tcPr>
            <w:tcW w:w="1994" w:type="dxa"/>
            <w:shd w:val="clear" w:color="auto" w:fill="E7EFF5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b/>
                <w:sz w:val="22"/>
              </w:rPr>
              <w:t>Autovalutazione</w:t>
            </w:r>
          </w:p>
        </w:tc>
        <w:tc>
          <w:tcPr>
            <w:tcW w:w="1994" w:type="dxa"/>
            <w:shd w:val="clear" w:color="auto" w:fill="E7EFF5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b/>
                <w:sz w:val="22"/>
              </w:rPr>
              <w:t>Ri</w:t>
            </w:r>
            <w:r w:rsidRPr="00C6469E">
              <w:rPr>
                <w:rFonts w:cs="Arial"/>
                <w:b/>
                <w:sz w:val="22"/>
              </w:rPr>
              <w:t>servato alla scuola</w:t>
            </w:r>
          </w:p>
        </w:tc>
      </w:tr>
      <w:tr w:rsidR="0079519E" w:rsidRPr="00C6469E">
        <w:trPr>
          <w:jc w:val="center"/>
        </w:trPr>
        <w:tc>
          <w:tcPr>
            <w:tcW w:w="1994" w:type="dxa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sz w:val="22"/>
              </w:rPr>
              <w:t>1. Laurea magistrale, specialistica o vecchio ordinamento</w:t>
            </w:r>
          </w:p>
        </w:tc>
        <w:tc>
          <w:tcPr>
            <w:tcW w:w="1994" w:type="dxa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sz w:val="22"/>
              </w:rPr>
              <w:t>110 e lode: 10; da 101 a 110: 8; fino a 100: 6</w:t>
            </w:r>
          </w:p>
        </w:tc>
        <w:tc>
          <w:tcPr>
            <w:tcW w:w="1994" w:type="dxa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sz w:val="22"/>
              </w:rPr>
              <w:t>10</w:t>
            </w: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</w:tr>
      <w:tr w:rsidR="0079519E" w:rsidRPr="00C6469E">
        <w:trPr>
          <w:jc w:val="center"/>
        </w:trPr>
        <w:tc>
          <w:tcPr>
            <w:tcW w:w="1994" w:type="dxa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sz w:val="22"/>
              </w:rPr>
              <w:t>2. Diploma accademico di Conservatorio I/II livello o vecchio ordinamento</w:t>
            </w:r>
          </w:p>
        </w:tc>
        <w:tc>
          <w:tcPr>
            <w:tcW w:w="1994" w:type="dxa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sz w:val="22"/>
              </w:rPr>
              <w:t>5 punti per titolo</w:t>
            </w:r>
          </w:p>
        </w:tc>
        <w:tc>
          <w:tcPr>
            <w:tcW w:w="1994" w:type="dxa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sz w:val="22"/>
              </w:rPr>
              <w:t>5</w:t>
            </w: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</w:tr>
      <w:tr w:rsidR="0079519E" w:rsidRPr="00C6469E">
        <w:trPr>
          <w:jc w:val="center"/>
        </w:trPr>
        <w:tc>
          <w:tcPr>
            <w:tcW w:w="1994" w:type="dxa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sz w:val="22"/>
              </w:rPr>
              <w:t xml:space="preserve">3. Corsi pertinenti di </w:t>
            </w:r>
            <w:r w:rsidRPr="00C6469E">
              <w:rPr>
                <w:rFonts w:cs="Arial"/>
                <w:sz w:val="22"/>
              </w:rPr>
              <w:t>durata minima 20 ore ciascuno</w:t>
            </w:r>
          </w:p>
        </w:tc>
        <w:tc>
          <w:tcPr>
            <w:tcW w:w="1994" w:type="dxa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sz w:val="22"/>
              </w:rPr>
              <w:t>3 punti/corso, massimo 4</w:t>
            </w:r>
          </w:p>
        </w:tc>
        <w:tc>
          <w:tcPr>
            <w:tcW w:w="1994" w:type="dxa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sz w:val="22"/>
              </w:rPr>
              <w:t>12</w:t>
            </w: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</w:tr>
      <w:tr w:rsidR="0079519E" w:rsidRPr="00C6469E">
        <w:trPr>
          <w:jc w:val="center"/>
        </w:trPr>
        <w:tc>
          <w:tcPr>
            <w:tcW w:w="1994" w:type="dxa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sz w:val="22"/>
              </w:rPr>
              <w:t>4. Conduzione laboratori musicali, espressivi o artistici presso I.C. “Pino Puglisi”</w:t>
            </w:r>
          </w:p>
        </w:tc>
        <w:tc>
          <w:tcPr>
            <w:tcW w:w="1994" w:type="dxa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sz w:val="22"/>
              </w:rPr>
              <w:t>4 punti/esperienza, massimo 3</w:t>
            </w:r>
          </w:p>
        </w:tc>
        <w:tc>
          <w:tcPr>
            <w:tcW w:w="1994" w:type="dxa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sz w:val="22"/>
              </w:rPr>
              <w:t>12</w:t>
            </w: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</w:tr>
      <w:tr w:rsidR="0079519E" w:rsidRPr="00C6469E">
        <w:trPr>
          <w:jc w:val="center"/>
        </w:trPr>
        <w:tc>
          <w:tcPr>
            <w:tcW w:w="1994" w:type="dxa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sz w:val="22"/>
              </w:rPr>
              <w:lastRenderedPageBreak/>
              <w:t>5. Conduzione laboratori musicali, espressivi o artistici presso altre scu</w:t>
            </w:r>
            <w:r w:rsidRPr="00C6469E">
              <w:rPr>
                <w:rFonts w:cs="Arial"/>
                <w:sz w:val="22"/>
              </w:rPr>
              <w:t>ole</w:t>
            </w:r>
          </w:p>
        </w:tc>
        <w:tc>
          <w:tcPr>
            <w:tcW w:w="1994" w:type="dxa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sz w:val="22"/>
              </w:rPr>
              <w:t>2 punti/esperienza, massimo 3</w:t>
            </w:r>
          </w:p>
        </w:tc>
        <w:tc>
          <w:tcPr>
            <w:tcW w:w="1994" w:type="dxa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sz w:val="22"/>
              </w:rPr>
              <w:t>6</w:t>
            </w: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</w:tr>
      <w:tr w:rsidR="0079519E" w:rsidRPr="00C6469E">
        <w:trPr>
          <w:jc w:val="center"/>
        </w:trPr>
        <w:tc>
          <w:tcPr>
            <w:tcW w:w="1994" w:type="dxa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sz w:val="22"/>
              </w:rPr>
              <w:t>6. Incarichi Esperto/Tutor PON, PN, PNRR o Scuole Aperte Roma Capitale presso I.C. “Pino Puglisi”</w:t>
            </w:r>
          </w:p>
        </w:tc>
        <w:tc>
          <w:tcPr>
            <w:tcW w:w="1994" w:type="dxa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sz w:val="22"/>
              </w:rPr>
              <w:t>3 punti/incarico, massimo 3</w:t>
            </w:r>
          </w:p>
        </w:tc>
        <w:tc>
          <w:tcPr>
            <w:tcW w:w="1994" w:type="dxa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sz w:val="22"/>
              </w:rPr>
              <w:t>9</w:t>
            </w: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</w:tr>
      <w:tr w:rsidR="0079519E" w:rsidRPr="00C6469E">
        <w:trPr>
          <w:jc w:val="center"/>
        </w:trPr>
        <w:tc>
          <w:tcPr>
            <w:tcW w:w="1994" w:type="dxa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sz w:val="22"/>
              </w:rPr>
              <w:t xml:space="preserve">7. Incarichi documentabili di organizzazione eventi musicali/concerti presso I.C. </w:t>
            </w:r>
            <w:r w:rsidRPr="00C6469E">
              <w:rPr>
                <w:rFonts w:cs="Arial"/>
                <w:sz w:val="22"/>
              </w:rPr>
              <w:t>“Pino Puglisi”</w:t>
            </w:r>
          </w:p>
        </w:tc>
        <w:tc>
          <w:tcPr>
            <w:tcW w:w="1994" w:type="dxa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sz w:val="22"/>
              </w:rPr>
              <w:t>3 punti/incarico, massimo 3</w:t>
            </w:r>
          </w:p>
        </w:tc>
        <w:tc>
          <w:tcPr>
            <w:tcW w:w="1994" w:type="dxa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sz w:val="22"/>
              </w:rPr>
              <w:t>9</w:t>
            </w: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</w:tr>
      <w:tr w:rsidR="0079519E" w:rsidRPr="00C6469E">
        <w:trPr>
          <w:jc w:val="center"/>
        </w:trPr>
        <w:tc>
          <w:tcPr>
            <w:tcW w:w="1994" w:type="dxa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sz w:val="22"/>
              </w:rPr>
              <w:t>TOTALE</w:t>
            </w: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sz w:val="22"/>
              </w:rPr>
              <w:t>63</w:t>
            </w: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</w:tr>
    </w:tbl>
    <w:p w:rsidR="0079519E" w:rsidRDefault="001968A2">
      <w:pPr>
        <w:pStyle w:val="Titolo2"/>
        <w:rPr>
          <w:rFonts w:ascii="Arial" w:hAnsi="Arial" w:cs="Arial"/>
          <w:color w:val="auto"/>
          <w:sz w:val="24"/>
          <w:szCs w:val="24"/>
        </w:rPr>
      </w:pPr>
      <w:r w:rsidRPr="00C6469E">
        <w:rPr>
          <w:rFonts w:ascii="Arial" w:hAnsi="Arial" w:cs="Arial"/>
          <w:color w:val="auto"/>
          <w:sz w:val="24"/>
          <w:szCs w:val="24"/>
        </w:rPr>
        <w:t>INDICAZIONE DEI TITOLI E DELLE ESPERIENZE</w:t>
      </w:r>
    </w:p>
    <w:p w:rsidR="00C6469E" w:rsidRPr="00C6469E" w:rsidRDefault="00C6469E" w:rsidP="00C6469E">
      <w:pPr>
        <w:rPr>
          <w:rFonts w:cs="Arial"/>
          <w:sz w:val="22"/>
        </w:rPr>
      </w:pPr>
    </w:p>
    <w:p w:rsidR="0079519E" w:rsidRPr="00C6469E" w:rsidRDefault="001968A2">
      <w:pPr>
        <w:rPr>
          <w:rFonts w:cs="Arial"/>
          <w:sz w:val="22"/>
        </w:rPr>
      </w:pPr>
      <w:r w:rsidRPr="00C6469E">
        <w:rPr>
          <w:rFonts w:cs="Arial"/>
          <w:sz w:val="22"/>
        </w:rPr>
        <w:t xml:space="preserve">1. </w:t>
      </w:r>
      <w:proofErr w:type="spellStart"/>
      <w:r w:rsidRPr="00C6469E">
        <w:rPr>
          <w:rFonts w:cs="Arial"/>
          <w:sz w:val="22"/>
        </w:rPr>
        <w:t>Laurea</w:t>
      </w:r>
      <w:proofErr w:type="spellEnd"/>
      <w:r w:rsidRPr="00C6469E">
        <w:rPr>
          <w:rFonts w:cs="Arial"/>
          <w:sz w:val="22"/>
        </w:rPr>
        <w:t>: __________________________________________</w:t>
      </w:r>
      <w:r w:rsidR="00C6469E">
        <w:rPr>
          <w:rFonts w:cs="Arial"/>
          <w:sz w:val="22"/>
        </w:rPr>
        <w:t>______________________________</w:t>
      </w:r>
    </w:p>
    <w:p w:rsidR="0079519E" w:rsidRPr="00C6469E" w:rsidRDefault="001968A2">
      <w:pPr>
        <w:rPr>
          <w:rFonts w:cs="Arial"/>
          <w:sz w:val="22"/>
        </w:rPr>
      </w:pPr>
      <w:r w:rsidRPr="00C6469E">
        <w:rPr>
          <w:rFonts w:cs="Arial"/>
          <w:sz w:val="22"/>
        </w:rPr>
        <w:t xml:space="preserve">Università: __________________________________ Data: </w:t>
      </w:r>
      <w:r w:rsidR="00C6469E">
        <w:rPr>
          <w:rFonts w:cs="Arial"/>
          <w:sz w:val="22"/>
        </w:rPr>
        <w:t xml:space="preserve">______________ </w:t>
      </w:r>
      <w:proofErr w:type="spellStart"/>
      <w:proofErr w:type="gramStart"/>
      <w:r w:rsidR="00C6469E">
        <w:rPr>
          <w:rFonts w:cs="Arial"/>
          <w:sz w:val="22"/>
        </w:rPr>
        <w:t>Votazione</w:t>
      </w:r>
      <w:proofErr w:type="spellEnd"/>
      <w:r w:rsidR="00C6469E">
        <w:rPr>
          <w:rFonts w:cs="Arial"/>
          <w:sz w:val="22"/>
        </w:rPr>
        <w:t>:</w:t>
      </w:r>
      <w:r w:rsidRPr="00C6469E">
        <w:rPr>
          <w:rFonts w:cs="Arial"/>
          <w:sz w:val="22"/>
        </w:rPr>
        <w:t>_</w:t>
      </w:r>
      <w:proofErr w:type="gramEnd"/>
      <w:r w:rsidRPr="00C6469E">
        <w:rPr>
          <w:rFonts w:cs="Arial"/>
          <w:sz w:val="22"/>
        </w:rPr>
        <w:t>_________</w:t>
      </w:r>
    </w:p>
    <w:p w:rsidR="0079519E" w:rsidRPr="00C6469E" w:rsidRDefault="001968A2">
      <w:pPr>
        <w:rPr>
          <w:rFonts w:cs="Arial"/>
          <w:sz w:val="22"/>
        </w:rPr>
      </w:pPr>
      <w:r w:rsidRPr="00C6469E">
        <w:rPr>
          <w:rFonts w:cs="Arial"/>
          <w:sz w:val="22"/>
        </w:rPr>
        <w:t>2. Diploma di Conservatorio: __________________________________________________________</w:t>
      </w:r>
    </w:p>
    <w:p w:rsidR="0079519E" w:rsidRPr="00C6469E" w:rsidRDefault="001968A2">
      <w:pPr>
        <w:rPr>
          <w:rFonts w:cs="Arial"/>
          <w:sz w:val="22"/>
        </w:rPr>
      </w:pPr>
      <w:r w:rsidRPr="00C6469E">
        <w:rPr>
          <w:rFonts w:cs="Arial"/>
          <w:sz w:val="22"/>
        </w:rPr>
        <w:t xml:space="preserve">Istituzione: __________________________ </w:t>
      </w:r>
      <w:r w:rsidRPr="00C6469E">
        <w:rPr>
          <w:rFonts w:ascii="Segoe UI Symbol" w:hAnsi="Segoe UI Symbol" w:cs="Segoe UI Symbol"/>
          <w:sz w:val="22"/>
        </w:rPr>
        <w:t>☐</w:t>
      </w:r>
      <w:r w:rsidRPr="00C6469E">
        <w:rPr>
          <w:rFonts w:cs="Arial"/>
          <w:sz w:val="22"/>
        </w:rPr>
        <w:t xml:space="preserve"> I </w:t>
      </w:r>
      <w:proofErr w:type="gramStart"/>
      <w:r w:rsidRPr="00C6469E">
        <w:rPr>
          <w:rFonts w:cs="Arial"/>
          <w:sz w:val="22"/>
        </w:rPr>
        <w:t xml:space="preserve">livello  </w:t>
      </w:r>
      <w:r w:rsidRPr="00C6469E">
        <w:rPr>
          <w:rFonts w:ascii="Segoe UI Symbol" w:hAnsi="Segoe UI Symbol" w:cs="Segoe UI Symbol"/>
          <w:sz w:val="22"/>
        </w:rPr>
        <w:t>☐</w:t>
      </w:r>
      <w:proofErr w:type="gramEnd"/>
      <w:r w:rsidRPr="00C6469E">
        <w:rPr>
          <w:rFonts w:cs="Arial"/>
          <w:sz w:val="22"/>
        </w:rPr>
        <w:t xml:space="preserve"> II livello  </w:t>
      </w:r>
      <w:r w:rsidRPr="00C6469E">
        <w:rPr>
          <w:rFonts w:ascii="Segoe UI Symbol" w:hAnsi="Segoe UI Symbol" w:cs="Segoe UI Symbol"/>
          <w:sz w:val="22"/>
        </w:rPr>
        <w:t>☐</w:t>
      </w:r>
      <w:r w:rsidR="00C6469E">
        <w:rPr>
          <w:rFonts w:cs="Arial"/>
          <w:sz w:val="22"/>
        </w:rPr>
        <w:t xml:space="preserve"> </w:t>
      </w:r>
      <w:proofErr w:type="spellStart"/>
      <w:r w:rsidR="00C6469E">
        <w:rPr>
          <w:rFonts w:cs="Arial"/>
          <w:sz w:val="22"/>
        </w:rPr>
        <w:t>Vecchio</w:t>
      </w:r>
      <w:proofErr w:type="spellEnd"/>
      <w:r w:rsidR="00C6469E">
        <w:rPr>
          <w:rFonts w:cs="Arial"/>
          <w:sz w:val="22"/>
        </w:rPr>
        <w:t xml:space="preserve"> </w:t>
      </w:r>
      <w:proofErr w:type="spellStart"/>
      <w:r w:rsidR="00C6469E">
        <w:rPr>
          <w:rFonts w:cs="Arial"/>
          <w:sz w:val="22"/>
        </w:rPr>
        <w:t>ordinamento</w:t>
      </w:r>
      <w:proofErr w:type="spellEnd"/>
      <w:r w:rsidR="00C6469E">
        <w:rPr>
          <w:rFonts w:cs="Arial"/>
          <w:sz w:val="22"/>
        </w:rPr>
        <w:t xml:space="preserve">   Data:</w:t>
      </w:r>
      <w:r w:rsidRPr="00C6469E">
        <w:rPr>
          <w:rFonts w:cs="Arial"/>
          <w:sz w:val="22"/>
        </w:rPr>
        <w:t>__________</w:t>
      </w:r>
    </w:p>
    <w:p w:rsidR="0079519E" w:rsidRPr="00C6469E" w:rsidRDefault="001968A2">
      <w:pPr>
        <w:pStyle w:val="Titolo2"/>
        <w:rPr>
          <w:rFonts w:ascii="Arial" w:hAnsi="Arial" w:cs="Arial"/>
          <w:color w:val="auto"/>
          <w:sz w:val="24"/>
          <w:szCs w:val="24"/>
        </w:rPr>
      </w:pPr>
      <w:r w:rsidRPr="00C6469E">
        <w:rPr>
          <w:rFonts w:ascii="Arial" w:hAnsi="Arial" w:cs="Arial"/>
          <w:color w:val="auto"/>
          <w:sz w:val="24"/>
          <w:szCs w:val="24"/>
        </w:rPr>
        <w:t xml:space="preserve">3. Corsi di formazione </w:t>
      </w:r>
      <w:r w:rsidRPr="00C6469E">
        <w:rPr>
          <w:rFonts w:ascii="Arial" w:hAnsi="Arial" w:cs="Arial"/>
          <w:color w:val="auto"/>
          <w:sz w:val="24"/>
          <w:szCs w:val="24"/>
        </w:rPr>
        <w:t>pertinenti (almeno 20 ore ciascuno)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992"/>
        <w:gridCol w:w="1994"/>
        <w:gridCol w:w="1992"/>
        <w:gridCol w:w="1992"/>
        <w:gridCol w:w="1992"/>
      </w:tblGrid>
      <w:tr w:rsidR="0079519E" w:rsidRPr="00C6469E">
        <w:trPr>
          <w:jc w:val="center"/>
        </w:trPr>
        <w:tc>
          <w:tcPr>
            <w:tcW w:w="1994" w:type="dxa"/>
            <w:shd w:val="clear" w:color="auto" w:fill="E7EFF5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b/>
                <w:sz w:val="22"/>
              </w:rPr>
              <w:t>N.</w:t>
            </w:r>
          </w:p>
        </w:tc>
        <w:tc>
          <w:tcPr>
            <w:tcW w:w="1994" w:type="dxa"/>
            <w:shd w:val="clear" w:color="auto" w:fill="E7EFF5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b/>
                <w:sz w:val="22"/>
              </w:rPr>
              <w:t>Denominazione corso</w:t>
            </w:r>
          </w:p>
        </w:tc>
        <w:tc>
          <w:tcPr>
            <w:tcW w:w="1994" w:type="dxa"/>
            <w:shd w:val="clear" w:color="auto" w:fill="E7EFF5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b/>
                <w:sz w:val="22"/>
              </w:rPr>
              <w:t>Ente</w:t>
            </w:r>
          </w:p>
        </w:tc>
        <w:tc>
          <w:tcPr>
            <w:tcW w:w="1994" w:type="dxa"/>
            <w:shd w:val="clear" w:color="auto" w:fill="E7EFF5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b/>
                <w:sz w:val="22"/>
              </w:rPr>
              <w:t>Ore</w:t>
            </w:r>
          </w:p>
        </w:tc>
        <w:tc>
          <w:tcPr>
            <w:tcW w:w="1994" w:type="dxa"/>
            <w:shd w:val="clear" w:color="auto" w:fill="E7EFF5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b/>
                <w:sz w:val="22"/>
              </w:rPr>
              <w:t>Anno</w:t>
            </w:r>
          </w:p>
        </w:tc>
      </w:tr>
      <w:tr w:rsidR="0079519E" w:rsidRPr="00C6469E">
        <w:trPr>
          <w:jc w:val="center"/>
        </w:trPr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</w:tr>
      <w:tr w:rsidR="0079519E" w:rsidRPr="00C6469E">
        <w:trPr>
          <w:jc w:val="center"/>
        </w:trPr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</w:tr>
      <w:tr w:rsidR="0079519E" w:rsidRPr="00C6469E">
        <w:trPr>
          <w:jc w:val="center"/>
        </w:trPr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</w:tr>
      <w:tr w:rsidR="0079519E" w:rsidRPr="00C6469E">
        <w:trPr>
          <w:jc w:val="center"/>
        </w:trPr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</w:tr>
    </w:tbl>
    <w:p w:rsidR="0079519E" w:rsidRPr="00C6469E" w:rsidRDefault="001968A2">
      <w:pPr>
        <w:pStyle w:val="Titolo2"/>
        <w:rPr>
          <w:rFonts w:ascii="Arial" w:hAnsi="Arial" w:cs="Arial"/>
          <w:color w:val="auto"/>
          <w:sz w:val="24"/>
          <w:szCs w:val="24"/>
        </w:rPr>
      </w:pPr>
      <w:r w:rsidRPr="00C6469E">
        <w:rPr>
          <w:rFonts w:ascii="Arial" w:hAnsi="Arial" w:cs="Arial"/>
          <w:color w:val="auto"/>
          <w:sz w:val="24"/>
          <w:szCs w:val="24"/>
        </w:rPr>
        <w:t>4. Laboratori presso I.C. “Pino Puglisi”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489"/>
        <w:gridCol w:w="2490"/>
        <w:gridCol w:w="2491"/>
        <w:gridCol w:w="2492"/>
      </w:tblGrid>
      <w:tr w:rsidR="0079519E" w:rsidRPr="00C6469E">
        <w:trPr>
          <w:jc w:val="center"/>
        </w:trPr>
        <w:tc>
          <w:tcPr>
            <w:tcW w:w="2493" w:type="dxa"/>
            <w:shd w:val="clear" w:color="auto" w:fill="E7EFF5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b/>
                <w:sz w:val="22"/>
              </w:rPr>
              <w:t>N.</w:t>
            </w:r>
          </w:p>
        </w:tc>
        <w:tc>
          <w:tcPr>
            <w:tcW w:w="2493" w:type="dxa"/>
            <w:shd w:val="clear" w:color="auto" w:fill="E7EFF5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b/>
                <w:sz w:val="22"/>
              </w:rPr>
              <w:t>Attività / progetto</w:t>
            </w:r>
          </w:p>
        </w:tc>
        <w:tc>
          <w:tcPr>
            <w:tcW w:w="2493" w:type="dxa"/>
            <w:shd w:val="clear" w:color="auto" w:fill="E7EFF5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b/>
                <w:sz w:val="22"/>
              </w:rPr>
              <w:t>Anno scolastico</w:t>
            </w:r>
          </w:p>
        </w:tc>
        <w:tc>
          <w:tcPr>
            <w:tcW w:w="2493" w:type="dxa"/>
            <w:shd w:val="clear" w:color="auto" w:fill="E7EFF5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b/>
                <w:sz w:val="22"/>
              </w:rPr>
              <w:t>Estremi incarico / documentazione</w:t>
            </w:r>
          </w:p>
        </w:tc>
      </w:tr>
      <w:tr w:rsidR="0079519E" w:rsidRPr="00C6469E">
        <w:trPr>
          <w:jc w:val="center"/>
        </w:trPr>
        <w:tc>
          <w:tcPr>
            <w:tcW w:w="2493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2493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2493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2493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</w:tr>
      <w:tr w:rsidR="0079519E" w:rsidRPr="00C6469E">
        <w:trPr>
          <w:jc w:val="center"/>
        </w:trPr>
        <w:tc>
          <w:tcPr>
            <w:tcW w:w="2493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2493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2493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2493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</w:tr>
      <w:tr w:rsidR="0079519E" w:rsidRPr="00C6469E">
        <w:trPr>
          <w:jc w:val="center"/>
        </w:trPr>
        <w:tc>
          <w:tcPr>
            <w:tcW w:w="2493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2493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2493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2493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</w:tr>
    </w:tbl>
    <w:p w:rsidR="0079519E" w:rsidRPr="00C6469E" w:rsidRDefault="001968A2">
      <w:pPr>
        <w:pStyle w:val="Titolo2"/>
        <w:rPr>
          <w:rFonts w:ascii="Arial" w:hAnsi="Arial" w:cs="Arial"/>
          <w:color w:val="auto"/>
          <w:sz w:val="24"/>
          <w:szCs w:val="24"/>
        </w:rPr>
      </w:pPr>
      <w:r w:rsidRPr="00C6469E">
        <w:rPr>
          <w:rFonts w:ascii="Arial" w:hAnsi="Arial" w:cs="Arial"/>
          <w:color w:val="auto"/>
          <w:sz w:val="24"/>
          <w:szCs w:val="24"/>
        </w:rPr>
        <w:t xml:space="preserve">5. Laboratori presso altre </w:t>
      </w:r>
      <w:r w:rsidRPr="00C6469E">
        <w:rPr>
          <w:rFonts w:ascii="Arial" w:hAnsi="Arial" w:cs="Arial"/>
          <w:color w:val="auto"/>
          <w:sz w:val="24"/>
          <w:szCs w:val="24"/>
        </w:rPr>
        <w:t>istituzioni scolastiche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991"/>
        <w:gridCol w:w="1993"/>
        <w:gridCol w:w="1993"/>
        <w:gridCol w:w="1992"/>
        <w:gridCol w:w="1993"/>
      </w:tblGrid>
      <w:tr w:rsidR="0079519E" w:rsidRPr="00C6469E">
        <w:trPr>
          <w:jc w:val="center"/>
        </w:trPr>
        <w:tc>
          <w:tcPr>
            <w:tcW w:w="1994" w:type="dxa"/>
            <w:shd w:val="clear" w:color="auto" w:fill="E7EFF5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b/>
                <w:sz w:val="22"/>
              </w:rPr>
              <w:t>N.</w:t>
            </w:r>
          </w:p>
        </w:tc>
        <w:tc>
          <w:tcPr>
            <w:tcW w:w="1994" w:type="dxa"/>
            <w:shd w:val="clear" w:color="auto" w:fill="E7EFF5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b/>
                <w:sz w:val="22"/>
              </w:rPr>
              <w:t>Scuola</w:t>
            </w:r>
          </w:p>
        </w:tc>
        <w:tc>
          <w:tcPr>
            <w:tcW w:w="1994" w:type="dxa"/>
            <w:shd w:val="clear" w:color="auto" w:fill="E7EFF5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b/>
                <w:sz w:val="22"/>
              </w:rPr>
              <w:t>Attività / progetto</w:t>
            </w:r>
          </w:p>
        </w:tc>
        <w:tc>
          <w:tcPr>
            <w:tcW w:w="1994" w:type="dxa"/>
            <w:shd w:val="clear" w:color="auto" w:fill="E7EFF5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b/>
                <w:sz w:val="22"/>
              </w:rPr>
              <w:t>Anno</w:t>
            </w:r>
          </w:p>
        </w:tc>
        <w:tc>
          <w:tcPr>
            <w:tcW w:w="1994" w:type="dxa"/>
            <w:shd w:val="clear" w:color="auto" w:fill="E7EFF5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b/>
                <w:sz w:val="22"/>
              </w:rPr>
              <w:t>Estremi incarico</w:t>
            </w:r>
          </w:p>
        </w:tc>
      </w:tr>
      <w:tr w:rsidR="0079519E" w:rsidRPr="00C6469E">
        <w:trPr>
          <w:jc w:val="center"/>
        </w:trPr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</w:tr>
      <w:tr w:rsidR="0079519E" w:rsidRPr="00C6469E">
        <w:trPr>
          <w:jc w:val="center"/>
        </w:trPr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</w:tr>
      <w:tr w:rsidR="0079519E" w:rsidRPr="00C6469E">
        <w:trPr>
          <w:jc w:val="center"/>
        </w:trPr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</w:tr>
    </w:tbl>
    <w:p w:rsidR="0079519E" w:rsidRPr="00C6469E" w:rsidRDefault="001968A2">
      <w:pPr>
        <w:pStyle w:val="Titolo2"/>
        <w:rPr>
          <w:rFonts w:ascii="Arial" w:hAnsi="Arial" w:cs="Arial"/>
          <w:color w:val="auto"/>
          <w:sz w:val="24"/>
          <w:szCs w:val="24"/>
        </w:rPr>
      </w:pPr>
      <w:r w:rsidRPr="00C6469E">
        <w:rPr>
          <w:rFonts w:ascii="Arial" w:hAnsi="Arial" w:cs="Arial"/>
          <w:color w:val="auto"/>
          <w:sz w:val="24"/>
          <w:szCs w:val="24"/>
        </w:rPr>
        <w:t>6. Incarichi Esperto/Tutor PON, PN, PNRR, Scuole Aperte presso I.C. “Pino Puglisi”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994"/>
        <w:gridCol w:w="1994"/>
        <w:gridCol w:w="1994"/>
        <w:gridCol w:w="1994"/>
        <w:gridCol w:w="1994"/>
      </w:tblGrid>
      <w:tr w:rsidR="0079519E" w:rsidRPr="00C6469E">
        <w:trPr>
          <w:jc w:val="center"/>
        </w:trPr>
        <w:tc>
          <w:tcPr>
            <w:tcW w:w="1994" w:type="dxa"/>
            <w:shd w:val="clear" w:color="auto" w:fill="E7EFF5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b/>
                <w:sz w:val="22"/>
              </w:rPr>
              <w:t>N.</w:t>
            </w:r>
          </w:p>
        </w:tc>
        <w:tc>
          <w:tcPr>
            <w:tcW w:w="1994" w:type="dxa"/>
            <w:shd w:val="clear" w:color="auto" w:fill="E7EFF5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b/>
                <w:sz w:val="22"/>
              </w:rPr>
              <w:t>Progetto / programma</w:t>
            </w:r>
          </w:p>
        </w:tc>
        <w:tc>
          <w:tcPr>
            <w:tcW w:w="1994" w:type="dxa"/>
            <w:shd w:val="clear" w:color="auto" w:fill="E7EFF5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b/>
                <w:sz w:val="22"/>
              </w:rPr>
              <w:t>Funzione</w:t>
            </w:r>
          </w:p>
        </w:tc>
        <w:tc>
          <w:tcPr>
            <w:tcW w:w="1994" w:type="dxa"/>
            <w:shd w:val="clear" w:color="auto" w:fill="E7EFF5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b/>
                <w:sz w:val="22"/>
              </w:rPr>
              <w:t>Anno</w:t>
            </w:r>
          </w:p>
        </w:tc>
        <w:tc>
          <w:tcPr>
            <w:tcW w:w="1994" w:type="dxa"/>
            <w:shd w:val="clear" w:color="auto" w:fill="E7EFF5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b/>
                <w:sz w:val="22"/>
              </w:rPr>
              <w:t>Estremi incarico</w:t>
            </w:r>
          </w:p>
        </w:tc>
      </w:tr>
      <w:tr w:rsidR="0079519E" w:rsidRPr="00C6469E">
        <w:trPr>
          <w:jc w:val="center"/>
        </w:trPr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</w:tr>
      <w:tr w:rsidR="0079519E" w:rsidRPr="00C6469E">
        <w:trPr>
          <w:jc w:val="center"/>
        </w:trPr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</w:tr>
      <w:tr w:rsidR="0079519E" w:rsidRPr="00C6469E">
        <w:trPr>
          <w:jc w:val="center"/>
        </w:trPr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</w:tr>
    </w:tbl>
    <w:p w:rsidR="0079519E" w:rsidRPr="00C6469E" w:rsidRDefault="001968A2">
      <w:pPr>
        <w:pStyle w:val="Titolo2"/>
        <w:rPr>
          <w:rFonts w:ascii="Arial" w:hAnsi="Arial" w:cs="Arial"/>
          <w:color w:val="auto"/>
          <w:sz w:val="24"/>
          <w:szCs w:val="24"/>
        </w:rPr>
      </w:pPr>
      <w:r w:rsidRPr="00C6469E">
        <w:rPr>
          <w:rFonts w:ascii="Arial" w:hAnsi="Arial" w:cs="Arial"/>
          <w:color w:val="auto"/>
          <w:sz w:val="24"/>
          <w:szCs w:val="24"/>
        </w:rPr>
        <w:t xml:space="preserve">7. </w:t>
      </w:r>
      <w:r w:rsidRPr="00C6469E">
        <w:rPr>
          <w:rFonts w:ascii="Arial" w:hAnsi="Arial" w:cs="Arial"/>
          <w:color w:val="auto"/>
          <w:sz w:val="24"/>
          <w:szCs w:val="24"/>
        </w:rPr>
        <w:t>Organizzazione eventi musicali presso I.C. “Pino Puglisi”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994"/>
        <w:gridCol w:w="1994"/>
        <w:gridCol w:w="1994"/>
        <w:gridCol w:w="1994"/>
        <w:gridCol w:w="1994"/>
      </w:tblGrid>
      <w:tr w:rsidR="0079519E" w:rsidRPr="00C6469E">
        <w:trPr>
          <w:jc w:val="center"/>
        </w:trPr>
        <w:tc>
          <w:tcPr>
            <w:tcW w:w="1994" w:type="dxa"/>
            <w:shd w:val="clear" w:color="auto" w:fill="E7EFF5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b/>
                <w:sz w:val="22"/>
              </w:rPr>
              <w:t>N.</w:t>
            </w:r>
          </w:p>
        </w:tc>
        <w:tc>
          <w:tcPr>
            <w:tcW w:w="1994" w:type="dxa"/>
            <w:shd w:val="clear" w:color="auto" w:fill="E7EFF5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b/>
                <w:sz w:val="22"/>
              </w:rPr>
              <w:t>Evento</w:t>
            </w:r>
          </w:p>
        </w:tc>
        <w:tc>
          <w:tcPr>
            <w:tcW w:w="1994" w:type="dxa"/>
            <w:shd w:val="clear" w:color="auto" w:fill="E7EFF5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b/>
                <w:sz w:val="22"/>
              </w:rPr>
              <w:t>Attività organizzativa</w:t>
            </w:r>
          </w:p>
        </w:tc>
        <w:tc>
          <w:tcPr>
            <w:tcW w:w="1994" w:type="dxa"/>
            <w:shd w:val="clear" w:color="auto" w:fill="E7EFF5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b/>
                <w:sz w:val="22"/>
              </w:rPr>
              <w:t>Anno</w:t>
            </w:r>
          </w:p>
        </w:tc>
        <w:tc>
          <w:tcPr>
            <w:tcW w:w="1994" w:type="dxa"/>
            <w:shd w:val="clear" w:color="auto" w:fill="E7EFF5"/>
            <w:vAlign w:val="center"/>
          </w:tcPr>
          <w:p w:rsidR="0079519E" w:rsidRPr="00C6469E" w:rsidRDefault="001968A2">
            <w:pPr>
              <w:spacing w:after="20"/>
              <w:rPr>
                <w:rFonts w:cs="Arial"/>
                <w:sz w:val="22"/>
              </w:rPr>
            </w:pPr>
            <w:r w:rsidRPr="00C6469E">
              <w:rPr>
                <w:rFonts w:cs="Arial"/>
                <w:b/>
                <w:sz w:val="22"/>
              </w:rPr>
              <w:t>Estremi incarico</w:t>
            </w:r>
          </w:p>
        </w:tc>
      </w:tr>
      <w:tr w:rsidR="0079519E" w:rsidRPr="00C6469E">
        <w:trPr>
          <w:jc w:val="center"/>
        </w:trPr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</w:tr>
      <w:tr w:rsidR="0079519E" w:rsidRPr="00C6469E">
        <w:trPr>
          <w:jc w:val="center"/>
        </w:trPr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</w:tr>
      <w:tr w:rsidR="0079519E" w:rsidRPr="00C6469E">
        <w:trPr>
          <w:jc w:val="center"/>
        </w:trPr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  <w:tc>
          <w:tcPr>
            <w:tcW w:w="1994" w:type="dxa"/>
            <w:vAlign w:val="center"/>
          </w:tcPr>
          <w:p w:rsidR="0079519E" w:rsidRPr="00C6469E" w:rsidRDefault="0079519E">
            <w:pPr>
              <w:spacing w:after="20"/>
              <w:rPr>
                <w:rFonts w:cs="Arial"/>
                <w:sz w:val="22"/>
              </w:rPr>
            </w:pPr>
          </w:p>
        </w:tc>
      </w:tr>
    </w:tbl>
    <w:p w:rsidR="00C6469E" w:rsidRDefault="00C6469E" w:rsidP="00C6469E">
      <w:pPr>
        <w:pStyle w:val="Tito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</w:p>
    <w:p w:rsidR="0079519E" w:rsidRDefault="001968A2" w:rsidP="00C6469E">
      <w:pPr>
        <w:pStyle w:val="Tito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  <w:r w:rsidRPr="00C6469E">
        <w:rPr>
          <w:rFonts w:ascii="Arial" w:hAnsi="Arial" w:cs="Arial"/>
          <w:color w:val="auto"/>
          <w:sz w:val="24"/>
          <w:szCs w:val="24"/>
        </w:rPr>
        <w:t>PRECISAZIONI AI FINI DELLA VALUTAZIONE</w:t>
      </w:r>
    </w:p>
    <w:p w:rsidR="00C6469E" w:rsidRPr="00C6469E" w:rsidRDefault="00C6469E" w:rsidP="00C6469E"/>
    <w:p w:rsidR="0079519E" w:rsidRPr="00C6469E" w:rsidRDefault="001968A2" w:rsidP="00C6469E">
      <w:pPr>
        <w:spacing w:after="0"/>
        <w:jc w:val="both"/>
        <w:rPr>
          <w:rFonts w:cs="Arial"/>
          <w:sz w:val="24"/>
          <w:szCs w:val="24"/>
        </w:rPr>
      </w:pPr>
      <w:r w:rsidRPr="00C6469E">
        <w:rPr>
          <w:rFonts w:cs="Arial"/>
          <w:sz w:val="24"/>
          <w:szCs w:val="24"/>
        </w:rPr>
        <w:t>• Il diploma di Conservatorio è titolo valutabile e non requisito obbligatorio.</w:t>
      </w:r>
    </w:p>
    <w:p w:rsidR="0079519E" w:rsidRPr="00C6469E" w:rsidRDefault="001968A2" w:rsidP="00C6469E">
      <w:pPr>
        <w:spacing w:after="0"/>
        <w:jc w:val="both"/>
        <w:rPr>
          <w:rFonts w:cs="Arial"/>
          <w:sz w:val="24"/>
          <w:szCs w:val="24"/>
        </w:rPr>
      </w:pPr>
      <w:r w:rsidRPr="00C6469E">
        <w:rPr>
          <w:rFonts w:cs="Arial"/>
          <w:sz w:val="24"/>
          <w:szCs w:val="24"/>
        </w:rPr>
        <w:t xml:space="preserve">• </w:t>
      </w:r>
      <w:r w:rsidRPr="00C6469E">
        <w:rPr>
          <w:rFonts w:cs="Arial"/>
          <w:sz w:val="24"/>
          <w:szCs w:val="24"/>
        </w:rPr>
        <w:t>Sono valutabili solo i corsi pertinenti di almeno 20 ore ciascuno.</w:t>
      </w:r>
    </w:p>
    <w:p w:rsidR="0079519E" w:rsidRPr="00C6469E" w:rsidRDefault="001968A2" w:rsidP="00C6469E">
      <w:pPr>
        <w:spacing w:after="0"/>
        <w:jc w:val="both"/>
        <w:rPr>
          <w:rFonts w:cs="Arial"/>
          <w:sz w:val="24"/>
          <w:szCs w:val="24"/>
        </w:rPr>
      </w:pPr>
      <w:r w:rsidRPr="00C6469E">
        <w:rPr>
          <w:rFonts w:cs="Arial"/>
          <w:sz w:val="24"/>
          <w:szCs w:val="24"/>
        </w:rPr>
        <w:t>• Le esperienze professionali devono essere svolte nei cinque anni antecedenti la scadenza dell’Avviso.</w:t>
      </w:r>
    </w:p>
    <w:p w:rsidR="0079519E" w:rsidRPr="00C6469E" w:rsidRDefault="001968A2" w:rsidP="00C6469E">
      <w:pPr>
        <w:spacing w:after="0"/>
        <w:jc w:val="both"/>
        <w:rPr>
          <w:rFonts w:cs="Arial"/>
          <w:sz w:val="24"/>
          <w:szCs w:val="24"/>
        </w:rPr>
      </w:pPr>
      <w:r w:rsidRPr="00C6469E">
        <w:rPr>
          <w:rFonts w:cs="Arial"/>
          <w:sz w:val="24"/>
          <w:szCs w:val="24"/>
        </w:rPr>
        <w:t>• La stessa esperienza non può essere conteggiata in più categorie.</w:t>
      </w:r>
    </w:p>
    <w:p w:rsidR="0079519E" w:rsidRPr="00C6469E" w:rsidRDefault="001968A2" w:rsidP="00C6469E">
      <w:pPr>
        <w:spacing w:after="0"/>
        <w:jc w:val="both"/>
        <w:rPr>
          <w:rFonts w:cs="Arial"/>
          <w:sz w:val="24"/>
          <w:szCs w:val="24"/>
        </w:rPr>
      </w:pPr>
      <w:r w:rsidRPr="00C6469E">
        <w:rPr>
          <w:rFonts w:cs="Arial"/>
          <w:sz w:val="24"/>
          <w:szCs w:val="24"/>
        </w:rPr>
        <w:t>• Titoli ed esper</w:t>
      </w:r>
      <w:r w:rsidRPr="00C6469E">
        <w:rPr>
          <w:rFonts w:cs="Arial"/>
          <w:sz w:val="24"/>
          <w:szCs w:val="24"/>
        </w:rPr>
        <w:t>ienze devono essere identificabili e verificabili e risultare dal curriculum vitae.</w:t>
      </w:r>
    </w:p>
    <w:p w:rsidR="0079519E" w:rsidRPr="00C6469E" w:rsidRDefault="001968A2" w:rsidP="00C6469E">
      <w:pPr>
        <w:spacing w:after="0"/>
        <w:jc w:val="both"/>
        <w:rPr>
          <w:rFonts w:cs="Arial"/>
          <w:sz w:val="24"/>
          <w:szCs w:val="24"/>
        </w:rPr>
      </w:pPr>
      <w:r w:rsidRPr="00C6469E">
        <w:rPr>
          <w:rFonts w:cs="Arial"/>
          <w:sz w:val="24"/>
          <w:szCs w:val="24"/>
        </w:rPr>
        <w:t>• L’autovalutazione non vincola l’Istituzione scolastica. La scheda è unica anche per la candidatura a entrambe le funzioni.</w:t>
      </w:r>
    </w:p>
    <w:p w:rsidR="00C6469E" w:rsidRDefault="00C6469E" w:rsidP="00C6469E">
      <w:pPr>
        <w:pStyle w:val="Tito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</w:p>
    <w:p w:rsidR="0079519E" w:rsidRPr="00C6469E" w:rsidRDefault="001968A2" w:rsidP="00C6469E">
      <w:pPr>
        <w:pStyle w:val="Tito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  <w:r w:rsidRPr="00C6469E">
        <w:rPr>
          <w:rFonts w:ascii="Arial" w:hAnsi="Arial" w:cs="Arial"/>
          <w:color w:val="auto"/>
          <w:sz w:val="24"/>
          <w:szCs w:val="24"/>
        </w:rPr>
        <w:t>DICHIARAZIONE FINALE</w:t>
      </w:r>
    </w:p>
    <w:p w:rsidR="0079519E" w:rsidRPr="00C6469E" w:rsidRDefault="001968A2" w:rsidP="00C6469E">
      <w:pPr>
        <w:spacing w:after="0"/>
        <w:jc w:val="both"/>
        <w:rPr>
          <w:rFonts w:cs="Arial"/>
          <w:sz w:val="24"/>
          <w:szCs w:val="24"/>
        </w:rPr>
      </w:pPr>
      <w:r w:rsidRPr="00C6469E">
        <w:rPr>
          <w:rFonts w:cs="Arial"/>
          <w:sz w:val="24"/>
          <w:szCs w:val="24"/>
        </w:rPr>
        <w:t>Il/La sottoscritto/a dichi</w:t>
      </w:r>
      <w:r w:rsidRPr="00C6469E">
        <w:rPr>
          <w:rFonts w:cs="Arial"/>
          <w:sz w:val="24"/>
          <w:szCs w:val="24"/>
        </w:rPr>
        <w:t>ara che quanto riportato nella presente scheda corrisponde al vero e coincide con le informazioni contenute nel curriculum vitae allegato, ed è consapevole delle verifiche che l’Istituzione scolastica potrà effettuare.</w:t>
      </w:r>
    </w:p>
    <w:p w:rsidR="00C6469E" w:rsidRDefault="00C6469E" w:rsidP="00C6469E">
      <w:pPr>
        <w:spacing w:after="0"/>
        <w:jc w:val="both"/>
        <w:rPr>
          <w:rFonts w:cs="Arial"/>
          <w:sz w:val="24"/>
          <w:szCs w:val="24"/>
        </w:rPr>
      </w:pPr>
    </w:p>
    <w:p w:rsidR="0079519E" w:rsidRPr="00C6469E" w:rsidRDefault="001968A2" w:rsidP="00C6469E">
      <w:pPr>
        <w:spacing w:after="0"/>
        <w:jc w:val="both"/>
        <w:rPr>
          <w:rFonts w:cs="Arial"/>
          <w:sz w:val="24"/>
          <w:szCs w:val="24"/>
        </w:rPr>
      </w:pPr>
      <w:proofErr w:type="spellStart"/>
      <w:r w:rsidRPr="00C6469E">
        <w:rPr>
          <w:rFonts w:cs="Arial"/>
          <w:sz w:val="24"/>
          <w:szCs w:val="24"/>
        </w:rPr>
        <w:t>Luogo</w:t>
      </w:r>
      <w:proofErr w:type="spellEnd"/>
      <w:r w:rsidRPr="00C6469E">
        <w:rPr>
          <w:rFonts w:cs="Arial"/>
          <w:sz w:val="24"/>
          <w:szCs w:val="24"/>
        </w:rPr>
        <w:t xml:space="preserve"> e data ________________________</w:t>
      </w:r>
      <w:r w:rsidRPr="00C6469E">
        <w:rPr>
          <w:rFonts w:cs="Arial"/>
          <w:sz w:val="24"/>
          <w:szCs w:val="24"/>
        </w:rPr>
        <w:t>____________</w:t>
      </w:r>
    </w:p>
    <w:p w:rsidR="00C6469E" w:rsidRDefault="00C6469E" w:rsidP="00C6469E">
      <w:pPr>
        <w:spacing w:after="0"/>
        <w:jc w:val="both"/>
        <w:rPr>
          <w:rFonts w:cs="Arial"/>
          <w:sz w:val="24"/>
          <w:szCs w:val="24"/>
        </w:rPr>
      </w:pPr>
    </w:p>
    <w:p w:rsidR="0079519E" w:rsidRPr="00C6469E" w:rsidRDefault="001968A2" w:rsidP="00C6469E">
      <w:pPr>
        <w:spacing w:after="0"/>
        <w:jc w:val="both"/>
        <w:rPr>
          <w:rFonts w:cs="Arial"/>
          <w:sz w:val="24"/>
          <w:szCs w:val="24"/>
        </w:rPr>
      </w:pPr>
      <w:r w:rsidRPr="00C6469E">
        <w:rPr>
          <w:rFonts w:cs="Arial"/>
          <w:sz w:val="24"/>
          <w:szCs w:val="24"/>
        </w:rPr>
        <w:t>Firma del/</w:t>
      </w:r>
      <w:proofErr w:type="spellStart"/>
      <w:r w:rsidRPr="00C6469E">
        <w:rPr>
          <w:rFonts w:cs="Arial"/>
          <w:sz w:val="24"/>
          <w:szCs w:val="24"/>
        </w:rPr>
        <w:t>della</w:t>
      </w:r>
      <w:proofErr w:type="spellEnd"/>
      <w:r w:rsidRPr="00C6469E">
        <w:rPr>
          <w:rFonts w:cs="Arial"/>
          <w:sz w:val="24"/>
          <w:szCs w:val="24"/>
        </w:rPr>
        <w:t xml:space="preserve"> </w:t>
      </w:r>
      <w:proofErr w:type="spellStart"/>
      <w:r w:rsidRPr="00C6469E">
        <w:rPr>
          <w:rFonts w:cs="Arial"/>
          <w:sz w:val="24"/>
          <w:szCs w:val="24"/>
        </w:rPr>
        <w:t>candidato</w:t>
      </w:r>
      <w:proofErr w:type="spellEnd"/>
      <w:r w:rsidRPr="00C6469E">
        <w:rPr>
          <w:rFonts w:cs="Arial"/>
          <w:sz w:val="24"/>
          <w:szCs w:val="24"/>
        </w:rPr>
        <w:t>/a ______________________________________________</w:t>
      </w:r>
    </w:p>
    <w:sectPr w:rsidR="0079519E" w:rsidRPr="00C6469E" w:rsidSect="00034616"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968A2"/>
    <w:rsid w:val="0029639D"/>
    <w:rsid w:val="00326F90"/>
    <w:rsid w:val="0079519E"/>
    <w:rsid w:val="00AA1D8D"/>
    <w:rsid w:val="00B47730"/>
    <w:rsid w:val="00C6469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C41766"/>
  <w14:defaultImageDpi w14:val="300"/>
  <w15:docId w15:val="{69DE776B-3844-4E49-9879-41C853399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100"/>
    </w:pPr>
    <w:rPr>
      <w:rFonts w:ascii="Arial" w:hAnsi="Arial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83553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83553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83553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1010C7B-B551-4C1A-9ECF-135448BDF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581</Words>
  <Characters>3315</Characters>
  <Application>Microsoft Office Word</Application>
  <DocSecurity>0</DocSecurity>
  <Lines>27</Lines>
  <Paragraphs>7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Intestazioni</vt:lpstr>
      </vt:variant>
      <vt:variant>
        <vt:i4>11</vt:i4>
      </vt:variant>
      <vt:variant>
        <vt:lpstr>Title</vt:lpstr>
      </vt:variant>
      <vt:variant>
        <vt:i4>1</vt:i4>
      </vt:variant>
    </vt:vector>
  </HeadingPairs>
  <TitlesOfParts>
    <vt:vector size="13" baseType="lpstr">
      <vt:lpstr/>
      <vt:lpstr>    TABELLA DI AUTOVALUTAZIONE</vt:lpstr>
      <vt:lpstr>    INDICAZIONE DEI TITOLI E DELLE ESPERIENZE</vt:lpstr>
      <vt:lpstr>    3. Corsi di formazione pertinenti (almeno 20 ore ciascuno)</vt:lpstr>
      <vt:lpstr>    4. Laboratori presso I.C. “Pino Puglisi”</vt:lpstr>
      <vt:lpstr>    5. Laboratori presso altre istituzioni scolastiche</vt:lpstr>
      <vt:lpstr>    6. Incarichi Esperto/Tutor PON, PN, PNRR, Scuole Aperte presso I.C. “Pino Puglis</vt:lpstr>
      <vt:lpstr>    7. Organizzazione eventi musicali presso I.C. “Pino Puglisi”</vt:lpstr>
      <vt:lpstr>    </vt:lpstr>
      <vt:lpstr>    PRECISAZIONI AI FINI DELLA VALUTAZIONE</vt:lpstr>
      <vt:lpstr>    </vt:lpstr>
      <vt:lpstr>    DICHIARAZIONE FINALE</vt:lpstr>
      <vt:lpstr/>
    </vt:vector>
  </TitlesOfParts>
  <Manager/>
  <Company/>
  <LinksUpToDate>false</LinksUpToDate>
  <CharactersWithSpaces>3889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Staff Dirigente</cp:lastModifiedBy>
  <cp:revision>2</cp:revision>
  <dcterms:created xsi:type="dcterms:W3CDTF">2026-11-05T14:17:00Z</dcterms:created>
  <dcterms:modified xsi:type="dcterms:W3CDTF">2026-11-05T14:17:00Z</dcterms:modified>
  <cp:category/>
</cp:coreProperties>
</file>